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985D8" w14:textId="77777777" w:rsidR="00700DFB" w:rsidRPr="00C618A2" w:rsidRDefault="0014516E">
      <w:pPr>
        <w:spacing w:after="0" w:line="240" w:lineRule="auto"/>
        <w:jc w:val="center"/>
        <w:rPr>
          <w:szCs w:val="20"/>
        </w:rPr>
      </w:pPr>
      <w:r w:rsidRPr="00C618A2">
        <w:rPr>
          <w:b/>
          <w:szCs w:val="20"/>
        </w:rPr>
        <w:t>T.C.</w:t>
      </w:r>
    </w:p>
    <w:p w14:paraId="48E07800" w14:textId="77777777" w:rsidR="00700DFB" w:rsidRPr="00C618A2" w:rsidRDefault="0014516E">
      <w:pPr>
        <w:spacing w:after="0" w:line="240" w:lineRule="auto"/>
        <w:jc w:val="center"/>
        <w:rPr>
          <w:szCs w:val="20"/>
        </w:rPr>
      </w:pPr>
      <w:r w:rsidRPr="00C618A2">
        <w:rPr>
          <w:b/>
          <w:szCs w:val="20"/>
        </w:rPr>
        <w:t>ORDU ÜNİVERSİTESİ</w:t>
      </w:r>
    </w:p>
    <w:p w14:paraId="66686B3E" w14:textId="77777777" w:rsidR="00700DFB" w:rsidRPr="00C618A2" w:rsidRDefault="0014516E">
      <w:pPr>
        <w:spacing w:after="0" w:line="240" w:lineRule="auto"/>
        <w:jc w:val="center"/>
        <w:rPr>
          <w:szCs w:val="20"/>
        </w:rPr>
      </w:pPr>
      <w:r w:rsidRPr="00C618A2">
        <w:rPr>
          <w:b/>
          <w:szCs w:val="20"/>
        </w:rPr>
        <w:t>SAĞLIK BİLİMLERİ FAKÜLTESİ</w:t>
      </w:r>
    </w:p>
    <w:p w14:paraId="334A3A51" w14:textId="23DA5DD0" w:rsidR="000969CD" w:rsidRPr="00C618A2" w:rsidRDefault="0014516E">
      <w:pPr>
        <w:spacing w:after="0" w:line="240" w:lineRule="auto"/>
        <w:jc w:val="center"/>
        <w:rPr>
          <w:szCs w:val="20"/>
        </w:rPr>
      </w:pPr>
      <w:r w:rsidRPr="00C618A2">
        <w:rPr>
          <w:b/>
          <w:szCs w:val="20"/>
        </w:rPr>
        <w:t>HEMŞİRELİK BÖLÜMÜ</w:t>
      </w:r>
    </w:p>
    <w:p w14:paraId="31DEB14B" w14:textId="47445FAA" w:rsidR="00C618A2" w:rsidRDefault="0014516E">
      <w:pPr>
        <w:spacing w:after="0" w:line="240" w:lineRule="auto"/>
        <w:jc w:val="center"/>
        <w:rPr>
          <w:b/>
          <w:szCs w:val="20"/>
        </w:rPr>
      </w:pPr>
      <w:r w:rsidRPr="00C618A2">
        <w:rPr>
          <w:b/>
          <w:szCs w:val="20"/>
        </w:rPr>
        <w:t>İŞLETMEDE MESLEKİ EĞİTİM SÖZLEŞMESİ</w:t>
      </w:r>
    </w:p>
    <w:p w14:paraId="3E677949" w14:textId="77777777" w:rsidR="00064931" w:rsidRPr="00C618A2" w:rsidRDefault="00064931">
      <w:pPr>
        <w:spacing w:after="0" w:line="240" w:lineRule="auto"/>
        <w:jc w:val="center"/>
        <w:rPr>
          <w:sz w:val="24"/>
          <w:szCs w:val="24"/>
        </w:rPr>
      </w:pPr>
    </w:p>
    <w:p w14:paraId="50A3FC30" w14:textId="099673AC" w:rsidR="00700DFB" w:rsidRDefault="008C400E" w:rsidP="00064931">
      <w:pPr>
        <w:spacing w:before="240" w:after="0" w:line="240" w:lineRule="auto"/>
        <w:jc w:val="both"/>
      </w:pPr>
      <w:r>
        <w:rPr>
          <w:b/>
          <w:sz w:val="22"/>
        </w:rPr>
        <w:t>A</w:t>
      </w:r>
      <w:r w:rsidR="0014516E">
        <w:rPr>
          <w:b/>
          <w:sz w:val="22"/>
        </w:rPr>
        <w:t>. SÖZLEŞME HÜKÜMLERİ</w:t>
      </w:r>
    </w:p>
    <w:p w14:paraId="3E0E9B79" w14:textId="77777777" w:rsidR="00700DFB" w:rsidRDefault="0014516E" w:rsidP="00064931">
      <w:pPr>
        <w:spacing w:after="40" w:line="240" w:lineRule="auto"/>
        <w:jc w:val="both"/>
      </w:pPr>
      <w:r>
        <w:rPr>
          <w:b/>
        </w:rPr>
        <w:t>MADDE 1 – Dayanak</w:t>
      </w:r>
    </w:p>
    <w:p w14:paraId="516F4939" w14:textId="7007F48D" w:rsidR="00700DFB" w:rsidRDefault="0014516E" w:rsidP="00064931">
      <w:pPr>
        <w:spacing w:after="40" w:line="240" w:lineRule="auto"/>
        <w:jc w:val="both"/>
      </w:pPr>
      <w:r>
        <w:t xml:space="preserve">Bu </w:t>
      </w:r>
      <w:r w:rsidR="003A5871">
        <w:t>sözleşme</w:t>
      </w:r>
      <w:r>
        <w:t xml:space="preserve">, </w:t>
      </w:r>
      <w:r w:rsidR="003A5871" w:rsidRPr="003A5871">
        <w:t>22.07.2026 tarih ve 2026/72 sayılı Senato kararıyla kabul edilen</w:t>
      </w:r>
      <w:r w:rsidR="003A5871">
        <w:t>,</w:t>
      </w:r>
      <w:r w:rsidR="003A5871" w:rsidRPr="003A5871">
        <w:t xml:space="preserve"> Ordu Üniversitesi Sağlık Bilimleri Fakültesi Hemşirelik Bölümü İşletmede Mesleki Eğitim Uygulama Yönergesin</w:t>
      </w:r>
      <w:r w:rsidR="003A5871">
        <w:t xml:space="preserve">e </w:t>
      </w:r>
      <w:r>
        <w:t>göre hazırlanmıştır.</w:t>
      </w:r>
    </w:p>
    <w:p w14:paraId="3558E87F" w14:textId="77777777" w:rsidR="00700DFB" w:rsidRDefault="0014516E" w:rsidP="00064931">
      <w:pPr>
        <w:spacing w:after="40" w:line="240" w:lineRule="auto"/>
        <w:jc w:val="both"/>
      </w:pPr>
      <w:r>
        <w:rPr>
          <w:b/>
        </w:rPr>
        <w:t>MADDE 2 – Dersin Tanımı</w:t>
      </w:r>
    </w:p>
    <w:p w14:paraId="2EDC3358" w14:textId="24F431BE" w:rsidR="00700DFB" w:rsidRDefault="0014516E" w:rsidP="00064931">
      <w:pPr>
        <w:spacing w:after="40" w:line="240" w:lineRule="auto"/>
        <w:jc w:val="both"/>
      </w:pPr>
      <w:r>
        <w:t xml:space="preserve">İşletmede Mesleki Eğitim </w:t>
      </w:r>
      <w:r w:rsidR="00B42F7C">
        <w:t xml:space="preserve">(İME) </w:t>
      </w:r>
      <w:r>
        <w:t>dersleri, Hemşirelik Bölümü eğitim programının 7. ve 8. yarıyıllarında yer alan ve öğrencinin lisans eğitimi süresince kazandığı bilgi ve becerilerini ilgili kurumlarda uygula</w:t>
      </w:r>
      <w:r w:rsidR="00350E46">
        <w:t>dığı</w:t>
      </w:r>
      <w:r>
        <w:t>, haftada 2 saat teorik ve 32 saat (8 saat/gün) uygulamadan oluşan zorunlu bir derstir.</w:t>
      </w:r>
    </w:p>
    <w:p w14:paraId="50AA7D53" w14:textId="289EBBAE" w:rsidR="00700DFB" w:rsidRDefault="0014516E" w:rsidP="00064931">
      <w:pPr>
        <w:spacing w:after="40" w:line="240" w:lineRule="auto"/>
        <w:jc w:val="both"/>
      </w:pPr>
      <w:r>
        <w:rPr>
          <w:b/>
        </w:rPr>
        <w:t xml:space="preserve">MADDE 3 – İşletme </w:t>
      </w:r>
      <w:r w:rsidR="000E0D7D">
        <w:rPr>
          <w:b/>
        </w:rPr>
        <w:t>Y</w:t>
      </w:r>
      <w:r>
        <w:rPr>
          <w:b/>
        </w:rPr>
        <w:t>öneticisinin İ</w:t>
      </w:r>
      <w:r w:rsidR="0027107B">
        <w:rPr>
          <w:b/>
        </w:rPr>
        <w:t>şletmede Mesleki Eğitim</w:t>
      </w:r>
      <w:r>
        <w:rPr>
          <w:b/>
        </w:rPr>
        <w:t xml:space="preserve"> </w:t>
      </w:r>
      <w:r w:rsidR="000E0D7D">
        <w:rPr>
          <w:b/>
        </w:rPr>
        <w:t>U</w:t>
      </w:r>
      <w:r>
        <w:rPr>
          <w:b/>
        </w:rPr>
        <w:t xml:space="preserve">ygulaması ile </w:t>
      </w:r>
      <w:r w:rsidR="000E0D7D">
        <w:rPr>
          <w:b/>
        </w:rPr>
        <w:t>İ</w:t>
      </w:r>
      <w:r>
        <w:rPr>
          <w:b/>
        </w:rPr>
        <w:t xml:space="preserve">lgili </w:t>
      </w:r>
      <w:r w:rsidR="000E0D7D">
        <w:rPr>
          <w:b/>
        </w:rPr>
        <w:t>S</w:t>
      </w:r>
      <w:r>
        <w:rPr>
          <w:b/>
        </w:rPr>
        <w:t>orumlulukları</w:t>
      </w:r>
    </w:p>
    <w:p w14:paraId="3796C87F" w14:textId="52A1A201" w:rsidR="00700DFB" w:rsidRDefault="0014516E" w:rsidP="00064931">
      <w:pPr>
        <w:spacing w:after="40" w:line="240" w:lineRule="auto"/>
        <w:jc w:val="both"/>
      </w:pPr>
      <w:r>
        <w:t xml:space="preserve">a) İME </w:t>
      </w:r>
      <w:r w:rsidR="00B42F7C">
        <w:t>Sözleşmesini</w:t>
      </w:r>
      <w:r>
        <w:t>, İME uygulamasının yapılacağı kurum veya kuruluş adına imzalamak,</w:t>
      </w:r>
    </w:p>
    <w:p w14:paraId="2E9686D5" w14:textId="77777777" w:rsidR="00700DFB" w:rsidRDefault="0014516E" w:rsidP="00064931">
      <w:pPr>
        <w:spacing w:after="40" w:line="240" w:lineRule="auto"/>
        <w:jc w:val="both"/>
      </w:pPr>
      <w:r>
        <w:t>b) Öğrencinin İME’yi, bu yönerge esaslarına ve işyeri kurallarına göre yapabilmesi için bir işyeri uygulaması sorumlusu görevlendirmek,</w:t>
      </w:r>
    </w:p>
    <w:p w14:paraId="5FBF52EC" w14:textId="77777777" w:rsidR="00700DFB" w:rsidRDefault="0014516E" w:rsidP="00064931">
      <w:pPr>
        <w:spacing w:after="40" w:line="240" w:lineRule="auto"/>
        <w:jc w:val="both"/>
      </w:pPr>
      <w:r>
        <w:t>c) Öğrencinin eğitim aldığı alanda uygulama yapmasını sağlamak.</w:t>
      </w:r>
    </w:p>
    <w:p w14:paraId="49DD14C1" w14:textId="2E9BE26D" w:rsidR="00700DFB" w:rsidRDefault="0014516E" w:rsidP="00064931">
      <w:pPr>
        <w:spacing w:after="40" w:line="240" w:lineRule="auto"/>
        <w:jc w:val="both"/>
      </w:pPr>
      <w:r>
        <w:rPr>
          <w:b/>
        </w:rPr>
        <w:t xml:space="preserve">MADDE 4 – </w:t>
      </w:r>
      <w:r w:rsidR="004D6597">
        <w:rPr>
          <w:b/>
        </w:rPr>
        <w:t>İşletmede Mesleki Eğitim</w:t>
      </w:r>
      <w:r>
        <w:rPr>
          <w:b/>
        </w:rPr>
        <w:t xml:space="preserve"> İşyeri Sorumlusunun </w:t>
      </w:r>
      <w:r w:rsidR="000E0D7D">
        <w:rPr>
          <w:b/>
        </w:rPr>
        <w:t>G</w:t>
      </w:r>
      <w:r>
        <w:rPr>
          <w:b/>
        </w:rPr>
        <w:t>örevleri</w:t>
      </w:r>
    </w:p>
    <w:p w14:paraId="417214F8" w14:textId="77777777" w:rsidR="00700DFB" w:rsidRDefault="0014516E" w:rsidP="00064931">
      <w:pPr>
        <w:spacing w:after="40" w:line="240" w:lineRule="auto"/>
        <w:jc w:val="both"/>
      </w:pPr>
      <w:r>
        <w:t>a) Öğrencinin İME süresince işletmedeki eğitimini yürütmek,</w:t>
      </w:r>
    </w:p>
    <w:p w14:paraId="509B344D" w14:textId="77777777" w:rsidR="00700DFB" w:rsidRDefault="0014516E" w:rsidP="00064931">
      <w:pPr>
        <w:spacing w:after="40" w:line="240" w:lineRule="auto"/>
        <w:jc w:val="both"/>
      </w:pPr>
      <w:r>
        <w:t xml:space="preserve">b) Öğrencinin üniversitede kazanmış olduğu teorik ve uygulama esaslı bilgi ve becerileri iş ortamındaki uygulamalar ile ilişkilendirmesine destek olmak, uygulamalarda görev almasını sağlamak, öğrencilere mesleki </w:t>
      </w:r>
      <w:r w:rsidRPr="004D6597">
        <w:t>formasyonu</w:t>
      </w:r>
      <w:r>
        <w:t xml:space="preserve"> ve disiplini aktarmak,</w:t>
      </w:r>
    </w:p>
    <w:p w14:paraId="6D324F61" w14:textId="77777777" w:rsidR="00700DFB" w:rsidRDefault="0014516E" w:rsidP="00064931">
      <w:pPr>
        <w:spacing w:after="40" w:line="240" w:lineRule="auto"/>
        <w:jc w:val="both"/>
      </w:pPr>
      <w:r>
        <w:t>c) İME’yi alan öğrencilerin devamlarını izlemek, mazeret izinlerini değerlendirmek ve devam çizelgesine işlemek,</w:t>
      </w:r>
    </w:p>
    <w:p w14:paraId="3E1C1B2C" w14:textId="77777777" w:rsidR="00700DFB" w:rsidRDefault="0014516E" w:rsidP="00064931">
      <w:pPr>
        <w:spacing w:after="40" w:line="240" w:lineRule="auto"/>
        <w:jc w:val="both"/>
      </w:pPr>
      <w:r>
        <w:t>ç) İME’yi alan öğrencilerle ilgili bir sorun yaşanması durumunda sorumlu öğretim elemanını bilgilendirmek,</w:t>
      </w:r>
    </w:p>
    <w:p w14:paraId="574B4638" w14:textId="77777777" w:rsidR="00700DFB" w:rsidRDefault="0014516E" w:rsidP="00064931">
      <w:pPr>
        <w:spacing w:after="40" w:line="240" w:lineRule="auto"/>
        <w:jc w:val="both"/>
      </w:pPr>
      <w:r>
        <w:t>d) Öğrenci işletmede farklı birimlerde çalışacak ise hangi birimde ne kadar çalışacağına karar vermek, ilgili birim sorumluları ile koordinasyonu sağlamak,</w:t>
      </w:r>
    </w:p>
    <w:p w14:paraId="7DD1A702" w14:textId="77777777" w:rsidR="00700DFB" w:rsidRDefault="0014516E" w:rsidP="00064931">
      <w:pPr>
        <w:spacing w:after="40" w:line="240" w:lineRule="auto"/>
        <w:jc w:val="both"/>
      </w:pPr>
      <w:r>
        <w:t>e) Öğrencilerin değerlendirme formlarını eksiksiz doldurulmasını sağlamak,</w:t>
      </w:r>
    </w:p>
    <w:p w14:paraId="6F0101AB" w14:textId="77777777" w:rsidR="00700DFB" w:rsidRDefault="0014516E" w:rsidP="00064931">
      <w:pPr>
        <w:spacing w:after="40" w:line="240" w:lineRule="auto"/>
        <w:jc w:val="both"/>
      </w:pPr>
      <w:r>
        <w:t>f) Öğrenci ile işletme ve işletme ile bölüm arasında iletişim ve koordinasyon sağlamak,</w:t>
      </w:r>
    </w:p>
    <w:p w14:paraId="14A9E666" w14:textId="77777777" w:rsidR="00700DFB" w:rsidRDefault="0014516E" w:rsidP="00064931">
      <w:pPr>
        <w:spacing w:after="40" w:line="240" w:lineRule="auto"/>
        <w:jc w:val="both"/>
      </w:pPr>
      <w:r>
        <w:t>g) Öğrencinin üniversitede kayıtlı olduğu bölüm ya da programa uymayan işlerde görevlendirilmesini engellemek,</w:t>
      </w:r>
    </w:p>
    <w:p w14:paraId="54F89279" w14:textId="77777777" w:rsidR="00700DFB" w:rsidRDefault="0014516E" w:rsidP="00064931">
      <w:pPr>
        <w:spacing w:after="40" w:line="240" w:lineRule="auto"/>
        <w:jc w:val="both"/>
      </w:pPr>
      <w:r>
        <w:t>ğ) İME’yi tamamlayan öğrencinin değerlendirme formunu devam çizelgesi ile sorumlu öğretim elemanına kapalı zarf içinde ulaştırmak,</w:t>
      </w:r>
    </w:p>
    <w:p w14:paraId="5F18075E" w14:textId="02B912DD" w:rsidR="00700DFB" w:rsidRDefault="0014516E" w:rsidP="00064931">
      <w:pPr>
        <w:spacing w:after="40" w:line="240" w:lineRule="auto"/>
        <w:jc w:val="both"/>
      </w:pPr>
      <w:r>
        <w:t>h) Öğrencilere “İşçi Sağlığı ve Güvenliği Mevzuatına” uygun eğitimler vermek, kişisel koruyucu donanımları</w:t>
      </w:r>
      <w:r w:rsidR="00996BAC">
        <w:t>nı</w:t>
      </w:r>
      <w:r>
        <w:t xml:space="preserve"> sağlamak,</w:t>
      </w:r>
    </w:p>
    <w:p w14:paraId="37DF9211" w14:textId="77777777" w:rsidR="00700DFB" w:rsidRDefault="0014516E" w:rsidP="00064931">
      <w:pPr>
        <w:spacing w:after="40" w:line="240" w:lineRule="auto"/>
        <w:jc w:val="both"/>
      </w:pPr>
      <w:r>
        <w:t>ı) İME sırasında iş kazası geçiren öğrencinin bilgilerini aynı gün içinde dersin sorumlu öğretim elemanına ve Sağlık Bilimleri Fakültesi Dekanlığına bildirmek.</w:t>
      </w:r>
    </w:p>
    <w:p w14:paraId="16F365C1" w14:textId="77777777" w:rsidR="00700DFB" w:rsidRDefault="0014516E" w:rsidP="00064931">
      <w:pPr>
        <w:spacing w:after="40" w:line="240" w:lineRule="auto"/>
        <w:jc w:val="both"/>
      </w:pPr>
      <w:r>
        <w:rPr>
          <w:b/>
        </w:rPr>
        <w:t>MADDE 5 – Sorumlu Öğretim Elemanının Sorumlulukları</w:t>
      </w:r>
    </w:p>
    <w:p w14:paraId="12934CD9" w14:textId="77777777" w:rsidR="00700DFB" w:rsidRDefault="0014516E" w:rsidP="00064931">
      <w:pPr>
        <w:spacing w:after="40" w:line="240" w:lineRule="auto"/>
        <w:jc w:val="both"/>
      </w:pPr>
      <w:r>
        <w:t>a) İME’nin, mesleki eğitim sorumlusu ile bölüm ve işyeri arasında koordineli bir şekilde yürütülmesini sağlamak,</w:t>
      </w:r>
    </w:p>
    <w:p w14:paraId="37F7C8FF" w14:textId="77777777" w:rsidR="00700DFB" w:rsidRDefault="0014516E" w:rsidP="00064931">
      <w:pPr>
        <w:spacing w:after="40" w:line="240" w:lineRule="auto"/>
        <w:jc w:val="both"/>
      </w:pPr>
      <w:r>
        <w:t>b) Dersin amaç ve hedeflerini İşletmede Mesleki Eğitim Sorumlu Hemşiresi ile paylaşmak,</w:t>
      </w:r>
    </w:p>
    <w:p w14:paraId="37E69FE6" w14:textId="77777777" w:rsidR="00700DFB" w:rsidRDefault="0014516E" w:rsidP="00064931">
      <w:pPr>
        <w:spacing w:after="40" w:line="240" w:lineRule="auto"/>
        <w:jc w:val="both"/>
      </w:pPr>
      <w:r>
        <w:t>c) Şubesinde kayıtlı olan öğrencilerin işletmedeki faaliyetlerini işyerinde İME’nin bu yönerge hükümlerine göre sürdürülmesini sağlamak,</w:t>
      </w:r>
    </w:p>
    <w:p w14:paraId="25911C6A" w14:textId="37085AB9" w:rsidR="00700DFB" w:rsidRDefault="0014516E" w:rsidP="00064931">
      <w:pPr>
        <w:spacing w:after="40" w:line="240" w:lineRule="auto"/>
        <w:jc w:val="both"/>
      </w:pPr>
      <w:r>
        <w:t xml:space="preserve">ç) </w:t>
      </w:r>
      <w:r w:rsidR="00E57A0C">
        <w:t>İME</w:t>
      </w:r>
      <w:r>
        <w:t xml:space="preserve"> </w:t>
      </w:r>
      <w:r w:rsidR="00E57A0C">
        <w:t xml:space="preserve">Sorumlu Hemşire </w:t>
      </w:r>
      <w:r>
        <w:t xml:space="preserve">Değerlendirme Formunu ve </w:t>
      </w:r>
      <w:r w:rsidR="001650D4">
        <w:t xml:space="preserve">İME </w:t>
      </w:r>
      <w:r>
        <w:t>Anabilim Dalı</w:t>
      </w:r>
      <w:r w:rsidR="001650D4">
        <w:t xml:space="preserve">na özgü </w:t>
      </w:r>
      <w:r>
        <w:t xml:space="preserve"> Değerlendirme Form</w:t>
      </w:r>
      <w:r w:rsidR="001650D4">
        <w:t xml:space="preserve">larını </w:t>
      </w:r>
      <w:r>
        <w:t>düzenleyerek bölüm komisyonuna iletmek,</w:t>
      </w:r>
    </w:p>
    <w:p w14:paraId="4AFBCA86" w14:textId="77777777" w:rsidR="00700DFB" w:rsidRDefault="0014516E" w:rsidP="00064931">
      <w:pPr>
        <w:spacing w:after="40" w:line="240" w:lineRule="auto"/>
        <w:jc w:val="both"/>
      </w:pPr>
      <w:r>
        <w:t>d) İME programından sorumlu öğretim elemanı öğrencilerin değerlendirme formlarının eksiksiz doldurulmasından ve Bölüm Koordinatörlüğüne teslim edilmesinden sorumludur,</w:t>
      </w:r>
    </w:p>
    <w:p w14:paraId="3895637A" w14:textId="77777777" w:rsidR="00700DFB" w:rsidRDefault="0014516E" w:rsidP="00064931">
      <w:pPr>
        <w:spacing w:after="40" w:line="240" w:lineRule="auto"/>
        <w:jc w:val="both"/>
      </w:pPr>
      <w:r>
        <w:t>e) Dönem sonunda öğrencinin değerlendirmesini yaparak başarı notunu belirlemek ve sisteme giriş yapmaktır.</w:t>
      </w:r>
    </w:p>
    <w:p w14:paraId="3F65EF9A" w14:textId="77777777" w:rsidR="00064931" w:rsidRDefault="00064931" w:rsidP="00064931">
      <w:pPr>
        <w:spacing w:after="40" w:line="240" w:lineRule="auto"/>
        <w:jc w:val="both"/>
        <w:rPr>
          <w:b/>
        </w:rPr>
      </w:pPr>
    </w:p>
    <w:p w14:paraId="2277D802" w14:textId="77777777" w:rsidR="00064931" w:rsidRDefault="00064931" w:rsidP="00064931">
      <w:pPr>
        <w:spacing w:after="40" w:line="240" w:lineRule="auto"/>
        <w:jc w:val="both"/>
        <w:rPr>
          <w:b/>
        </w:rPr>
      </w:pPr>
    </w:p>
    <w:p w14:paraId="0E0B5A8F" w14:textId="4E982735" w:rsidR="00064931" w:rsidRDefault="00064931" w:rsidP="00064931">
      <w:pPr>
        <w:spacing w:after="0" w:line="240" w:lineRule="auto"/>
        <w:rPr>
          <w:b/>
          <w:bCs/>
        </w:rPr>
      </w:pPr>
      <w:r>
        <w:t>PP.2.2.FR.001</w:t>
      </w:r>
      <w:r w:rsidR="00573151">
        <w:t>8</w:t>
      </w:r>
      <w:r>
        <w:t xml:space="preserve">, R0 EYLÜL 2026                                                                                                                               </w:t>
      </w:r>
      <w:r w:rsidRPr="00C618A2">
        <w:rPr>
          <w:b/>
          <w:bCs/>
        </w:rPr>
        <w:t>1/</w:t>
      </w:r>
      <w:r>
        <w:rPr>
          <w:b/>
          <w:bCs/>
        </w:rPr>
        <w:t>5</w:t>
      </w:r>
    </w:p>
    <w:p w14:paraId="43E14994" w14:textId="77777777" w:rsidR="00064931" w:rsidRDefault="00064931" w:rsidP="00064931">
      <w:pPr>
        <w:spacing w:after="0" w:line="240" w:lineRule="auto"/>
        <w:rPr>
          <w:b/>
          <w:bCs/>
        </w:rPr>
      </w:pPr>
    </w:p>
    <w:p w14:paraId="3CF03A9F" w14:textId="77777777" w:rsidR="00064931" w:rsidRDefault="00064931" w:rsidP="00064931">
      <w:pPr>
        <w:pStyle w:val="AltBilgi"/>
        <w:tabs>
          <w:tab w:val="left" w:pos="3143"/>
        </w:tabs>
        <w:jc w:val="center"/>
        <w:rPr>
          <w:rFonts w:cs="Times New Roman"/>
          <w:i/>
          <w:iCs/>
          <w:szCs w:val="20"/>
        </w:rPr>
      </w:pPr>
    </w:p>
    <w:p w14:paraId="6340C0DB" w14:textId="77777777" w:rsidR="00064931" w:rsidRDefault="00064931" w:rsidP="00064931">
      <w:pPr>
        <w:pStyle w:val="AltBilgi"/>
        <w:tabs>
          <w:tab w:val="left" w:pos="3143"/>
        </w:tabs>
        <w:jc w:val="center"/>
        <w:rPr>
          <w:rFonts w:cs="Times New Roman"/>
          <w:i/>
          <w:iCs/>
          <w:szCs w:val="20"/>
        </w:rPr>
      </w:pPr>
    </w:p>
    <w:p w14:paraId="40CB15C6" w14:textId="77777777" w:rsidR="00064931" w:rsidRDefault="00064931" w:rsidP="00064931">
      <w:pPr>
        <w:pStyle w:val="AltBilgi"/>
        <w:tabs>
          <w:tab w:val="left" w:pos="3143"/>
        </w:tabs>
        <w:jc w:val="center"/>
        <w:rPr>
          <w:rFonts w:cs="Times New Roman"/>
          <w:i/>
          <w:iCs/>
          <w:szCs w:val="20"/>
        </w:rPr>
      </w:pPr>
    </w:p>
    <w:p w14:paraId="649DCF4D" w14:textId="4633803A" w:rsidR="00064931" w:rsidRDefault="00064931" w:rsidP="00064931">
      <w:pPr>
        <w:pStyle w:val="AltBilgi"/>
        <w:tabs>
          <w:tab w:val="left" w:pos="3143"/>
        </w:tabs>
        <w:jc w:val="center"/>
        <w:rPr>
          <w:rFonts w:cs="Times New Roman"/>
          <w:i/>
          <w:iCs/>
          <w:szCs w:val="20"/>
        </w:rPr>
      </w:pPr>
      <w:r w:rsidRPr="001100A4">
        <w:rPr>
          <w:rFonts w:cs="Times New Roman"/>
          <w:i/>
          <w:iCs/>
          <w:szCs w:val="20"/>
        </w:rPr>
        <w:t>Bu dokümanın basılı hali kontrolsüz doküman kabul edilmektedir.</w:t>
      </w:r>
    </w:p>
    <w:p w14:paraId="1526B563" w14:textId="77777777" w:rsidR="00064931" w:rsidRPr="001100A4" w:rsidRDefault="00064931" w:rsidP="00064931">
      <w:pPr>
        <w:pStyle w:val="AltBilgi"/>
        <w:tabs>
          <w:tab w:val="left" w:pos="3143"/>
        </w:tabs>
        <w:jc w:val="center"/>
        <w:rPr>
          <w:rFonts w:cs="Times New Roman"/>
          <w:szCs w:val="20"/>
        </w:rPr>
      </w:pPr>
      <w:r w:rsidRPr="001100A4">
        <w:rPr>
          <w:rFonts w:cs="Times New Roman"/>
          <w:i/>
          <w:iCs/>
          <w:szCs w:val="20"/>
        </w:rPr>
        <w:t xml:space="preserve"> Lütfen web sitesinden en son versiyonuna ulaşınız.</w:t>
      </w:r>
    </w:p>
    <w:p w14:paraId="1312C9E3" w14:textId="77777777" w:rsidR="00064931" w:rsidRDefault="00064931" w:rsidP="00064931">
      <w:pPr>
        <w:spacing w:after="40" w:line="240" w:lineRule="auto"/>
        <w:jc w:val="both"/>
        <w:rPr>
          <w:b/>
        </w:rPr>
      </w:pPr>
    </w:p>
    <w:p w14:paraId="3C919787" w14:textId="77777777" w:rsidR="00064931" w:rsidRDefault="00064931" w:rsidP="00064931">
      <w:pPr>
        <w:spacing w:after="40" w:line="240" w:lineRule="auto"/>
        <w:jc w:val="both"/>
        <w:rPr>
          <w:b/>
        </w:rPr>
      </w:pPr>
    </w:p>
    <w:p w14:paraId="14E9AC46" w14:textId="77777777" w:rsidR="00064931" w:rsidRDefault="00064931" w:rsidP="00064931">
      <w:pPr>
        <w:spacing w:after="40" w:line="240" w:lineRule="auto"/>
        <w:jc w:val="both"/>
        <w:rPr>
          <w:b/>
        </w:rPr>
      </w:pPr>
    </w:p>
    <w:p w14:paraId="56160F45" w14:textId="3476DFB1" w:rsidR="00700DFB" w:rsidRDefault="0014516E" w:rsidP="00064931">
      <w:pPr>
        <w:spacing w:after="40" w:line="240" w:lineRule="auto"/>
        <w:jc w:val="both"/>
      </w:pPr>
      <w:r>
        <w:rPr>
          <w:b/>
        </w:rPr>
        <w:lastRenderedPageBreak/>
        <w:t>MADDE 6 – İşletmede Mesleki Eğitim Sorumlu Hemşiresinin Nitelik ve Sorumlulukları</w:t>
      </w:r>
    </w:p>
    <w:p w14:paraId="27549CA4" w14:textId="55E2F597" w:rsidR="00700DFB" w:rsidRPr="00CE677D" w:rsidRDefault="004D6597" w:rsidP="00064931">
      <w:pPr>
        <w:spacing w:after="40" w:line="240" w:lineRule="auto"/>
        <w:jc w:val="both"/>
        <w:rPr>
          <w:b/>
          <w:bCs/>
          <w:i/>
          <w:iCs/>
        </w:rPr>
      </w:pPr>
      <w:r w:rsidRPr="004D6597">
        <w:rPr>
          <w:b/>
          <w:bCs/>
          <w:i/>
          <w:iCs/>
        </w:rPr>
        <w:t>İşletmede Mesleki Eğitim</w:t>
      </w:r>
      <w:r w:rsidR="0014516E" w:rsidRPr="00CE677D">
        <w:rPr>
          <w:b/>
          <w:bCs/>
          <w:i/>
          <w:iCs/>
        </w:rPr>
        <w:t xml:space="preserve"> </w:t>
      </w:r>
      <w:r w:rsidR="000E0D7D">
        <w:rPr>
          <w:b/>
          <w:bCs/>
          <w:i/>
          <w:iCs/>
        </w:rPr>
        <w:t>S</w:t>
      </w:r>
      <w:r w:rsidR="0014516E" w:rsidRPr="00CE677D">
        <w:rPr>
          <w:b/>
          <w:bCs/>
          <w:i/>
          <w:iCs/>
        </w:rPr>
        <w:t xml:space="preserve">orumlu </w:t>
      </w:r>
      <w:r w:rsidR="000E0D7D">
        <w:rPr>
          <w:b/>
          <w:bCs/>
          <w:i/>
          <w:iCs/>
        </w:rPr>
        <w:t>H</w:t>
      </w:r>
      <w:r w:rsidR="0014516E" w:rsidRPr="00CE677D">
        <w:rPr>
          <w:b/>
          <w:bCs/>
          <w:i/>
          <w:iCs/>
        </w:rPr>
        <w:t>emşiresi</w:t>
      </w:r>
      <w:r w:rsidR="000E0D7D">
        <w:rPr>
          <w:b/>
          <w:bCs/>
          <w:i/>
          <w:iCs/>
        </w:rPr>
        <w:t>nin Nitelikleri;</w:t>
      </w:r>
    </w:p>
    <w:p w14:paraId="7409F97F" w14:textId="77777777" w:rsidR="00700DFB" w:rsidRDefault="0014516E" w:rsidP="00064931">
      <w:pPr>
        <w:spacing w:after="40" w:line="240" w:lineRule="auto"/>
        <w:jc w:val="both"/>
      </w:pPr>
      <w:r>
        <w:t>a) Lisans düzeyinde eğitime sahip olmak,</w:t>
      </w:r>
    </w:p>
    <w:p w14:paraId="3DB566A3" w14:textId="77777777" w:rsidR="00700DFB" w:rsidRDefault="0014516E" w:rsidP="00064931">
      <w:pPr>
        <w:spacing w:after="40" w:line="240" w:lineRule="auto"/>
        <w:jc w:val="both"/>
      </w:pPr>
      <w:r>
        <w:t>b) En az iki yıl mesleki deneyime sahip olmak,</w:t>
      </w:r>
    </w:p>
    <w:p w14:paraId="732F4B76" w14:textId="77777777" w:rsidR="00700DFB" w:rsidRDefault="0014516E" w:rsidP="00064931">
      <w:pPr>
        <w:spacing w:after="40" w:line="240" w:lineRule="auto"/>
        <w:jc w:val="both"/>
      </w:pPr>
      <w:r>
        <w:t>c) Öğretmeye ve mesleki gelişime istekli olmak,</w:t>
      </w:r>
    </w:p>
    <w:p w14:paraId="786EDC4F" w14:textId="77777777" w:rsidR="00700DFB" w:rsidRDefault="0014516E" w:rsidP="00064931">
      <w:pPr>
        <w:spacing w:after="40" w:line="240" w:lineRule="auto"/>
        <w:jc w:val="both"/>
      </w:pPr>
      <w:r>
        <w:t>ç) Öğrencinin öğrenme gereksinimlerini belirleyebilmek ve öğrenme planlarını yapabilmek,</w:t>
      </w:r>
    </w:p>
    <w:p w14:paraId="5006B903" w14:textId="77777777" w:rsidR="00700DFB" w:rsidRDefault="0014516E" w:rsidP="00064931">
      <w:pPr>
        <w:spacing w:after="40" w:line="240" w:lineRule="auto"/>
        <w:jc w:val="both"/>
      </w:pPr>
      <w:r>
        <w:t>d) Öğrenciye ve öğretim elemanına yapıcı, dürüst geri bildirim verebilmek,</w:t>
      </w:r>
    </w:p>
    <w:p w14:paraId="2CF47ABD" w14:textId="77777777" w:rsidR="00700DFB" w:rsidRDefault="0014516E" w:rsidP="00064931">
      <w:pPr>
        <w:spacing w:after="40" w:line="240" w:lineRule="auto"/>
        <w:jc w:val="both"/>
      </w:pPr>
      <w:r>
        <w:t>e) Olumlu mesleki görüşe sahip olmak,</w:t>
      </w:r>
    </w:p>
    <w:p w14:paraId="3A15658C" w14:textId="77777777" w:rsidR="00700DFB" w:rsidRDefault="0014516E" w:rsidP="00064931">
      <w:pPr>
        <w:spacing w:after="40" w:line="240" w:lineRule="auto"/>
        <w:jc w:val="both"/>
      </w:pPr>
      <w:r>
        <w:t>f) Yetişkin eğitimi ilkelerini bilmek,</w:t>
      </w:r>
    </w:p>
    <w:p w14:paraId="2B75A693" w14:textId="3DDA5D10" w:rsidR="006E21A8" w:rsidRDefault="0014516E" w:rsidP="00064931">
      <w:pPr>
        <w:spacing w:after="40" w:line="240" w:lineRule="auto"/>
        <w:jc w:val="both"/>
      </w:pPr>
      <w:r>
        <w:t>g) İyi bir iletişim becerisine sahip olmaktır.</w:t>
      </w:r>
    </w:p>
    <w:p w14:paraId="395FF16B" w14:textId="77777777" w:rsidR="006E21A8" w:rsidRDefault="006E21A8" w:rsidP="00C618A2">
      <w:pPr>
        <w:spacing w:after="0" w:line="240" w:lineRule="auto"/>
        <w:rPr>
          <w:b/>
          <w:bCs/>
        </w:rPr>
      </w:pPr>
    </w:p>
    <w:p w14:paraId="6A48A73D" w14:textId="721E42C1" w:rsidR="00C618A2" w:rsidRPr="008F366D" w:rsidRDefault="004D6597" w:rsidP="00B77F15">
      <w:pPr>
        <w:spacing w:after="40" w:line="240" w:lineRule="auto"/>
        <w:jc w:val="both"/>
        <w:rPr>
          <w:i/>
          <w:iCs/>
        </w:rPr>
      </w:pPr>
      <w:r w:rsidRPr="004D6597">
        <w:rPr>
          <w:b/>
          <w:i/>
          <w:iCs/>
        </w:rPr>
        <w:t>İşletmede Mesleki Eğitim</w:t>
      </w:r>
      <w:r w:rsidR="0014516E" w:rsidRPr="008F366D">
        <w:rPr>
          <w:b/>
          <w:i/>
          <w:iCs/>
        </w:rPr>
        <w:t xml:space="preserve"> Sorumlu Hemşiresinin Sorumlulukları;</w:t>
      </w:r>
    </w:p>
    <w:p w14:paraId="3CA86094" w14:textId="77777777" w:rsidR="00700DFB" w:rsidRDefault="0014516E" w:rsidP="00B77F15">
      <w:pPr>
        <w:spacing w:after="40" w:line="240" w:lineRule="auto"/>
        <w:jc w:val="both"/>
      </w:pPr>
      <w:r>
        <w:t>a) Çalıştığı kurumun onayı ile İME programını desteklemek,</w:t>
      </w:r>
    </w:p>
    <w:p w14:paraId="228DEF53" w14:textId="77777777" w:rsidR="00700DFB" w:rsidRDefault="0014516E" w:rsidP="00B77F15">
      <w:pPr>
        <w:spacing w:after="40" w:line="240" w:lineRule="auto"/>
        <w:jc w:val="both"/>
      </w:pPr>
      <w:r>
        <w:t>b) İşletmede Mesleki Eğitim sorumlu öğretim elemanı ile iş birliği içinde çalışmak,</w:t>
      </w:r>
    </w:p>
    <w:p w14:paraId="3A2309A9" w14:textId="77777777" w:rsidR="00700DFB" w:rsidRDefault="0014516E" w:rsidP="00B77F15">
      <w:pPr>
        <w:spacing w:after="40" w:line="240" w:lineRule="auto"/>
        <w:jc w:val="both"/>
      </w:pPr>
      <w:r>
        <w:t>c) Dersin amaçlarına uygun öğrenmeyi düzenlemek,</w:t>
      </w:r>
    </w:p>
    <w:p w14:paraId="6D366F4F" w14:textId="77777777" w:rsidR="00700DFB" w:rsidRDefault="0014516E" w:rsidP="00B77F15">
      <w:pPr>
        <w:spacing w:after="40" w:line="240" w:lineRule="auto"/>
        <w:jc w:val="both"/>
      </w:pPr>
      <w:r>
        <w:t>ç) İşletmede Mesleki Eğitim alan öğrenci hemşirenin klinik ortama oryantasyonuna yardımcı olmak,</w:t>
      </w:r>
    </w:p>
    <w:p w14:paraId="5C591E83" w14:textId="77777777" w:rsidR="00700DFB" w:rsidRDefault="0014516E" w:rsidP="00B77F15">
      <w:pPr>
        <w:spacing w:after="40" w:line="240" w:lineRule="auto"/>
        <w:jc w:val="both"/>
      </w:pPr>
      <w:r>
        <w:t>d) Öğrenci hemşirenin alanda bilgiyi kullanmalarına yardımcı olmak,</w:t>
      </w:r>
    </w:p>
    <w:p w14:paraId="61F46852" w14:textId="77777777" w:rsidR="00700DFB" w:rsidRDefault="0014516E" w:rsidP="00B77F15">
      <w:pPr>
        <w:spacing w:after="40" w:line="240" w:lineRule="auto"/>
        <w:jc w:val="both"/>
      </w:pPr>
      <w:r>
        <w:t>e) Öğrenci hemşirenin yaşadığı sorunlara/zorluklara duyarlı olmak ve sorunların çözümünde yardımcı olmak,</w:t>
      </w:r>
    </w:p>
    <w:p w14:paraId="7852FEBB" w14:textId="77777777" w:rsidR="00700DFB" w:rsidRDefault="0014516E" w:rsidP="00B77F15">
      <w:pPr>
        <w:spacing w:after="40" w:line="240" w:lineRule="auto"/>
        <w:jc w:val="both"/>
      </w:pPr>
      <w:r>
        <w:t>f) Etkili öğrenme ve öğretme yöntem ve tekniklerini kullanmak,</w:t>
      </w:r>
    </w:p>
    <w:p w14:paraId="2303502F" w14:textId="77777777" w:rsidR="00700DFB" w:rsidRDefault="0014516E" w:rsidP="00B77F15">
      <w:pPr>
        <w:spacing w:after="40" w:line="240" w:lineRule="auto"/>
        <w:jc w:val="both"/>
      </w:pPr>
      <w:r>
        <w:t>g) Etkili ve yapıcı iletişim kurmak,</w:t>
      </w:r>
    </w:p>
    <w:p w14:paraId="5127E57A" w14:textId="39EF0EAE" w:rsidR="00700DFB" w:rsidRDefault="0014516E" w:rsidP="00B77F15">
      <w:pPr>
        <w:spacing w:after="40" w:line="240" w:lineRule="auto"/>
        <w:jc w:val="both"/>
      </w:pPr>
      <w:r>
        <w:t xml:space="preserve">ğ) </w:t>
      </w:r>
      <w:r w:rsidR="002431FE">
        <w:t xml:space="preserve">İME dersini </w:t>
      </w:r>
      <w:r>
        <w:t>alan öğrenci hemşireye rol model olmak,</w:t>
      </w:r>
    </w:p>
    <w:p w14:paraId="029B6153" w14:textId="77777777" w:rsidR="00700DFB" w:rsidRDefault="0014516E" w:rsidP="00B77F15">
      <w:pPr>
        <w:spacing w:after="40" w:line="240" w:lineRule="auto"/>
        <w:jc w:val="both"/>
      </w:pPr>
      <w:r>
        <w:t>h) Öğrenci hemşireyi sürekli öğrenme konusunda desteklemek,</w:t>
      </w:r>
    </w:p>
    <w:p w14:paraId="1DF16520" w14:textId="77777777" w:rsidR="00700DFB" w:rsidRDefault="0014516E" w:rsidP="00B77F15">
      <w:pPr>
        <w:spacing w:after="40" w:line="240" w:lineRule="auto"/>
        <w:jc w:val="both"/>
      </w:pPr>
      <w:r>
        <w:t>ı) Öğrenci hemşirenin üniforma bütünlüğünü ve uygulamaya devamını denetlemek,</w:t>
      </w:r>
    </w:p>
    <w:p w14:paraId="50C14A67" w14:textId="141A4553" w:rsidR="00700DFB" w:rsidRDefault="0014516E" w:rsidP="00B77F15">
      <w:pPr>
        <w:spacing w:after="40" w:line="240" w:lineRule="auto"/>
        <w:jc w:val="both"/>
      </w:pPr>
      <w:r>
        <w:t xml:space="preserve">i) Öğrenci hemşireyi uygulamada “İşletmede Mesleki Eğitim </w:t>
      </w:r>
      <w:r w:rsidR="009F6D4D">
        <w:t xml:space="preserve">Sorumlu </w:t>
      </w:r>
      <w:r>
        <w:t>Hemşire Değerlendirme Formu” kriterlerine göre değerlendirmek ve İME sorumlu öğretim elemanına geri bildirim vermektir.</w:t>
      </w:r>
    </w:p>
    <w:p w14:paraId="5A430193" w14:textId="77777777" w:rsidR="00064931" w:rsidRDefault="00064931" w:rsidP="00B77F15">
      <w:pPr>
        <w:spacing w:after="40" w:line="240" w:lineRule="auto"/>
        <w:jc w:val="both"/>
      </w:pPr>
    </w:p>
    <w:p w14:paraId="225030BB" w14:textId="77777777" w:rsidR="00700DFB" w:rsidRDefault="0014516E" w:rsidP="00B77F15">
      <w:pPr>
        <w:spacing w:after="40" w:line="240" w:lineRule="auto"/>
        <w:jc w:val="both"/>
      </w:pPr>
      <w:r>
        <w:rPr>
          <w:b/>
        </w:rPr>
        <w:t>MADDE 7 – İşletmede Mesleki Eğitim Alan Öğrencinin Sorumlulukları</w:t>
      </w:r>
    </w:p>
    <w:p w14:paraId="796A2B34" w14:textId="77777777" w:rsidR="00700DFB" w:rsidRDefault="0014516E" w:rsidP="00B77F15">
      <w:pPr>
        <w:spacing w:after="40" w:line="240" w:lineRule="auto"/>
        <w:jc w:val="both"/>
      </w:pPr>
      <w:r>
        <w:t>a) Öğrenci Sağlık Bilimleri Fakültesi Hemşirelik Bölümü tarafından hazırlanan İME programına uymak, görevlerini zamanında ve eksiksiz yapmak zorundadır.</w:t>
      </w:r>
    </w:p>
    <w:p w14:paraId="79086FB6" w14:textId="77777777" w:rsidR="00700DFB" w:rsidRDefault="0014516E" w:rsidP="00B77F15">
      <w:pPr>
        <w:spacing w:after="40" w:line="240" w:lineRule="auto"/>
        <w:jc w:val="both"/>
      </w:pPr>
      <w:r>
        <w:t>b) Her öğrenci mesleki eğitim aldığı kurumun çalışma ve güvenlik kurallarına uymak, mekân, araç ve gereçleri özenle kullanmakla yükümlüdür. Bu yükümlülüklerini yerine getirmemesinden doğan her türlü sorumluluk öğrenciye ait olup, gerektiğinde 2547 sayılı Yükseköğretim Kanunu hükümleri uyarınca işlem yapılır.</w:t>
      </w:r>
    </w:p>
    <w:p w14:paraId="53B282D7" w14:textId="77777777" w:rsidR="00700DFB" w:rsidRDefault="0014516E" w:rsidP="00B77F15">
      <w:pPr>
        <w:spacing w:after="40" w:line="240" w:lineRule="auto"/>
        <w:jc w:val="both"/>
      </w:pPr>
      <w:r>
        <w:t>c) Hastanın tedavi ve bakımını yürüten ekipte servis sorumlu hemşiresi/klinik hemşiresi/öğretim elemanı/ süpervizör hemşire rehberliğinde hasta vizitleri, tedavi ve uygun bakım girişimlerine katılır.</w:t>
      </w:r>
    </w:p>
    <w:p w14:paraId="02525756" w14:textId="77777777" w:rsidR="00700DFB" w:rsidRDefault="0014516E" w:rsidP="00B77F15">
      <w:pPr>
        <w:spacing w:after="40" w:line="240" w:lineRule="auto"/>
        <w:jc w:val="both"/>
      </w:pPr>
      <w:r>
        <w:t>ç) Her mesleki eğitim alanı içinde, hastaya, sağlık personeline veya diğer personele verilecek hizmet içi eğitim programlarının düzenlenmesi ve yürütülmesinde sorumlu hemşireye yardımcı olur.</w:t>
      </w:r>
    </w:p>
    <w:p w14:paraId="2BED40EE" w14:textId="77777777" w:rsidR="00700DFB" w:rsidRDefault="0014516E" w:rsidP="00B77F15">
      <w:pPr>
        <w:spacing w:after="40" w:line="240" w:lineRule="auto"/>
        <w:jc w:val="both"/>
      </w:pPr>
      <w:r>
        <w:t>d) Klinik alanda gözlemlediği en az bir problemin nedeni ve çözümüne yönelik araştırma yapar ve bir çözüm önerisini klinik sorumlu hemşiresine sunar.</w:t>
      </w:r>
    </w:p>
    <w:p w14:paraId="47E0B744" w14:textId="77777777" w:rsidR="00700DFB" w:rsidRDefault="0014516E" w:rsidP="00B77F15">
      <w:pPr>
        <w:spacing w:after="40" w:line="240" w:lineRule="auto"/>
        <w:jc w:val="both"/>
      </w:pPr>
      <w:r>
        <w:t>e) Öğrenci hemşire günde 8 saat olmak üzere kurumun mesai saatlerine (gündüz mesaisi olmak üzere haftalık toplam 32/40 saat) uygun olarak çalışır.</w:t>
      </w:r>
    </w:p>
    <w:p w14:paraId="12E37D27" w14:textId="77777777" w:rsidR="00700DFB" w:rsidRDefault="0014516E" w:rsidP="00B77F15">
      <w:pPr>
        <w:spacing w:after="40" w:line="240" w:lineRule="auto"/>
        <w:jc w:val="both"/>
      </w:pPr>
      <w:r>
        <w:t>f) Hafta sonu ve resmi tatillerde İME yapılmaz.</w:t>
      </w:r>
    </w:p>
    <w:p w14:paraId="3C4505A7" w14:textId="77777777" w:rsidR="00700DFB" w:rsidRDefault="0014516E" w:rsidP="00B77F15">
      <w:pPr>
        <w:spacing w:after="40" w:line="240" w:lineRule="auto"/>
        <w:jc w:val="both"/>
      </w:pPr>
      <w:r>
        <w:t>g) İME rotasyonları Bölüm Koordinatörlüğü tarafından hazırlanır.</w:t>
      </w:r>
    </w:p>
    <w:p w14:paraId="3EF6B242" w14:textId="77777777" w:rsidR="00700DFB" w:rsidRDefault="0014516E" w:rsidP="00B77F15">
      <w:pPr>
        <w:spacing w:after="40" w:line="240" w:lineRule="auto"/>
        <w:jc w:val="both"/>
      </w:pPr>
      <w:r>
        <w:t>ğ) Giriş ve çıkış saatleri kurumun mesai saatlerine uygun olarak düzenlenir.</w:t>
      </w:r>
    </w:p>
    <w:p w14:paraId="1921589C" w14:textId="77777777" w:rsidR="00700DFB" w:rsidRDefault="0014516E" w:rsidP="00B77F15">
      <w:pPr>
        <w:spacing w:after="40" w:line="240" w:lineRule="auto"/>
        <w:jc w:val="both"/>
      </w:pPr>
      <w:r>
        <w:t>h) Öğrenci hemşireler, bakım sorumluluğunu üstlendiği bireylere uygun hemşirelik bakımını verir.</w:t>
      </w:r>
    </w:p>
    <w:p w14:paraId="2F5108DA" w14:textId="77777777" w:rsidR="00700DFB" w:rsidRDefault="0014516E" w:rsidP="00B77F15">
      <w:pPr>
        <w:spacing w:after="40" w:line="240" w:lineRule="auto"/>
        <w:jc w:val="both"/>
      </w:pPr>
      <w:r>
        <w:t>ı) Öğrenci hemşire, mesleki eğitim aldığı kurumun kurallarına uymak zorundadır.</w:t>
      </w:r>
    </w:p>
    <w:p w14:paraId="52CD652B" w14:textId="77777777" w:rsidR="00700DFB" w:rsidRDefault="0014516E" w:rsidP="00B77F15">
      <w:pPr>
        <w:spacing w:after="40" w:line="240" w:lineRule="auto"/>
        <w:jc w:val="both"/>
      </w:pPr>
      <w:r>
        <w:t>i) Öğrenci aldığı rapor/mazeret belgesini fakülteye ve hastane eğitim birimine en geç 3 (üç) gün içinde bildirmek zorundadır.</w:t>
      </w:r>
    </w:p>
    <w:p w14:paraId="2CAEF186" w14:textId="77777777" w:rsidR="00700DFB" w:rsidRDefault="0014516E" w:rsidP="00B77F15">
      <w:pPr>
        <w:spacing w:after="40" w:line="240" w:lineRule="auto"/>
        <w:jc w:val="both"/>
      </w:pPr>
      <w:r>
        <w:t>j) İME süresince öğrenci Ordu Üniversitesi Öğrenci Bilgi Sistemi ve bölüm web sayfasında paylaşılan yazılı ve görsel dokümanların takibinden sorumludur.</w:t>
      </w:r>
    </w:p>
    <w:p w14:paraId="4E745F6C" w14:textId="77777777" w:rsidR="00700DFB" w:rsidRDefault="0014516E" w:rsidP="00B77F15">
      <w:pPr>
        <w:spacing w:after="40" w:line="240" w:lineRule="auto"/>
        <w:jc w:val="both"/>
      </w:pPr>
      <w:r>
        <w:t>k) Öğrenci Bölüm Komisyonunun uygun gördüğü tarihlerde sınava katılır.</w:t>
      </w:r>
    </w:p>
    <w:p w14:paraId="617D7F7C" w14:textId="77777777" w:rsidR="00700DFB" w:rsidRDefault="0014516E" w:rsidP="00B77F15">
      <w:pPr>
        <w:spacing w:after="40" w:line="240" w:lineRule="auto"/>
        <w:jc w:val="both"/>
      </w:pPr>
      <w:r>
        <w:t>l) Uygulama saatleri süresince cep telefonu sessiz/titreşimde olarak kapalı tutulmalı ve yalnızca gerektiğinde kullanılmalıdır.</w:t>
      </w:r>
    </w:p>
    <w:p w14:paraId="26909C4E" w14:textId="77777777" w:rsidR="00700DFB" w:rsidRDefault="0014516E" w:rsidP="00B77F15">
      <w:pPr>
        <w:spacing w:after="40" w:line="240" w:lineRule="auto"/>
        <w:jc w:val="both"/>
      </w:pPr>
      <w:r>
        <w:t>m) Uygulamalar sırasında öğretim elemanı/klinik hemşire onayı, hastanın/personelin ve kurumun yazılı izni olmaksızın fotoğraf/görüntü çekilmemeli, ses kaydı yapılmamalıdır.</w:t>
      </w:r>
    </w:p>
    <w:p w14:paraId="14C9112A" w14:textId="3AD67BD8" w:rsidR="00700DFB" w:rsidRDefault="0014516E" w:rsidP="00B77F15">
      <w:pPr>
        <w:spacing w:after="40" w:line="240" w:lineRule="auto"/>
        <w:jc w:val="both"/>
      </w:pPr>
      <w:r>
        <w:t xml:space="preserve">n) Sağlık kurumlarına veya hastalara ait bilgileri, sosyal </w:t>
      </w:r>
      <w:r w:rsidR="0027107B">
        <w:t>medya ve diğer dijital platformlarda</w:t>
      </w:r>
      <w:r>
        <w:t xml:space="preserve"> paylaşmamalıdır.</w:t>
      </w:r>
    </w:p>
    <w:p w14:paraId="2560808C" w14:textId="77777777" w:rsidR="00064931" w:rsidRDefault="00064931" w:rsidP="00B77F15">
      <w:pPr>
        <w:spacing w:after="40" w:line="240" w:lineRule="auto"/>
        <w:jc w:val="both"/>
      </w:pPr>
    </w:p>
    <w:p w14:paraId="46564116" w14:textId="2CED5247" w:rsidR="00064931" w:rsidRDefault="00064931" w:rsidP="00064931">
      <w:pPr>
        <w:spacing w:after="0" w:line="240" w:lineRule="auto"/>
      </w:pPr>
      <w:r>
        <w:t>PP.2.2.FR.001</w:t>
      </w:r>
      <w:r w:rsidR="00573151">
        <w:t>8</w:t>
      </w:r>
      <w:r>
        <w:t xml:space="preserve">, R0 EYLÜL 2026                                                                                                                                 </w:t>
      </w:r>
      <w:r w:rsidRPr="00257D7B">
        <w:rPr>
          <w:b/>
          <w:bCs/>
        </w:rPr>
        <w:t xml:space="preserve"> 2/</w:t>
      </w:r>
      <w:r>
        <w:rPr>
          <w:b/>
          <w:bCs/>
        </w:rPr>
        <w:t>5</w:t>
      </w:r>
    </w:p>
    <w:p w14:paraId="760BBD49" w14:textId="77777777" w:rsidR="00064931" w:rsidRPr="001100A4" w:rsidRDefault="00064931" w:rsidP="00064931">
      <w:pPr>
        <w:pStyle w:val="AltBilgi"/>
        <w:tabs>
          <w:tab w:val="left" w:pos="3143"/>
        </w:tabs>
        <w:jc w:val="center"/>
        <w:rPr>
          <w:rFonts w:cs="Times New Roman"/>
          <w:i/>
          <w:iCs/>
          <w:szCs w:val="20"/>
        </w:rPr>
      </w:pPr>
      <w:r w:rsidRPr="001100A4">
        <w:rPr>
          <w:rFonts w:cs="Times New Roman"/>
          <w:i/>
          <w:iCs/>
          <w:szCs w:val="20"/>
        </w:rPr>
        <w:t xml:space="preserve">Bu dokümanın basılı hali kontrolsüz doküman kabul edilmektedir. </w:t>
      </w:r>
    </w:p>
    <w:p w14:paraId="3B69809F" w14:textId="77777777" w:rsidR="00064931" w:rsidRPr="001100A4" w:rsidRDefault="00064931" w:rsidP="00064931">
      <w:pPr>
        <w:pStyle w:val="AltBilgi"/>
        <w:jc w:val="center"/>
        <w:rPr>
          <w:rFonts w:cs="Times New Roman"/>
          <w:szCs w:val="20"/>
        </w:rPr>
      </w:pPr>
      <w:r w:rsidRPr="001100A4">
        <w:rPr>
          <w:rFonts w:cs="Times New Roman"/>
          <w:i/>
          <w:iCs/>
          <w:szCs w:val="20"/>
        </w:rPr>
        <w:t>Lütfen web sitesinden en son versiyonuna ulaşınız.</w:t>
      </w:r>
    </w:p>
    <w:p w14:paraId="065EACC3" w14:textId="77777777" w:rsidR="00E97993" w:rsidRDefault="00E97993" w:rsidP="00B77F15">
      <w:pPr>
        <w:spacing w:after="40" w:line="240" w:lineRule="auto"/>
        <w:jc w:val="both"/>
        <w:rPr>
          <w:b/>
        </w:rPr>
      </w:pPr>
    </w:p>
    <w:p w14:paraId="6C115892" w14:textId="707FBBB8" w:rsidR="00E97993" w:rsidRDefault="0014516E" w:rsidP="00B77F15">
      <w:pPr>
        <w:spacing w:after="40" w:line="240" w:lineRule="auto"/>
        <w:jc w:val="both"/>
      </w:pPr>
      <w:r>
        <w:rPr>
          <w:b/>
        </w:rPr>
        <w:lastRenderedPageBreak/>
        <w:t>MADDE 8 – İş Kazası ve Meslek Hastalığı Sigorta Primleri ve Aşılar</w:t>
      </w:r>
    </w:p>
    <w:p w14:paraId="3581F938" w14:textId="77777777" w:rsidR="00700DFB" w:rsidRDefault="0014516E" w:rsidP="00B77F15">
      <w:pPr>
        <w:spacing w:after="40" w:line="240" w:lineRule="auto"/>
        <w:jc w:val="both"/>
      </w:pPr>
      <w:r>
        <w:t>(1) Öğrencilere işletmede mesleki eğitim uygulaması için iş kazası ve meslek hastalığı sigortası, Ordu Üniversitesi Sağlık Bilimleri Fakültesi tarafından yapılır.</w:t>
      </w:r>
    </w:p>
    <w:p w14:paraId="5642AE50" w14:textId="77777777" w:rsidR="00700DFB" w:rsidRDefault="0014516E" w:rsidP="00B77F15">
      <w:pPr>
        <w:spacing w:after="40" w:line="240" w:lineRule="auto"/>
        <w:jc w:val="both"/>
      </w:pPr>
      <w:r>
        <w:t>(2) Ordu Üniversitesi Sağlık Bilimleri Fakültesi tarafından öğrenciler, işletmede mesleki eğitim uygulaması sırasında delici-kesici aletler ile yaralanma ve bunlara bağlı enfeksiyon hastalıklarına maruz kalma riskine vb. önerilen tüm aşılar konusunda bilgilendirilir ve aşılanma durumları işletmede mesleki eğitim uygulaması koordinatörü tarafından kontrol edilir. Aşılanma öğrencilerin sorumluluğundadır. Aşılarını yaptırmak istemeyen öğrencilerden “aşı yaptırmak istemediklerini” belirten belge alınır.</w:t>
      </w:r>
    </w:p>
    <w:p w14:paraId="6289AB04" w14:textId="5672AB64" w:rsidR="00064931" w:rsidRDefault="0014516E" w:rsidP="00B77F15">
      <w:pPr>
        <w:spacing w:after="40" w:line="240" w:lineRule="auto"/>
        <w:jc w:val="both"/>
      </w:pPr>
      <w:r>
        <w:t>(3) İşletmede mesleki eğitim uygulaması sırasında kaza vb. acil bir durum söz konusu olduğunda, öğrencinin durumu ilgili uygulamanın sorumlu öğretim elemanlarına, Ordu Üniversitesi Sağlık Bilimleri Fakültesi ve ilgili kurumun İş Sağlığı ve Güvenliği Birimine bildirilir.</w:t>
      </w:r>
    </w:p>
    <w:p w14:paraId="6B64D918" w14:textId="77777777" w:rsidR="00700DFB" w:rsidRDefault="0014516E" w:rsidP="00B77F15">
      <w:pPr>
        <w:spacing w:after="40" w:line="240" w:lineRule="auto"/>
        <w:jc w:val="both"/>
      </w:pPr>
      <w:r>
        <w:rPr>
          <w:b/>
        </w:rPr>
        <w:t>MADDE 9 – Öğrencilere Ödenecek Ücretler</w:t>
      </w:r>
    </w:p>
    <w:p w14:paraId="16E95F9D" w14:textId="77777777" w:rsidR="00700DFB" w:rsidRDefault="0014516E" w:rsidP="00B77F15">
      <w:pPr>
        <w:spacing w:after="40" w:line="240" w:lineRule="auto"/>
        <w:jc w:val="both"/>
      </w:pPr>
      <w:r>
        <w:t>Öğrencilere ödenecek ücretler hakkında 3308 sayılı Mesleki Eğitim Kanunu ve Yükseköğretimde Uygulamalı Eğitimler Çerçeve Yönetmeliğinin ilgili hükümleri uygulanır.</w:t>
      </w:r>
    </w:p>
    <w:p w14:paraId="1205C11C" w14:textId="77777777" w:rsidR="00700DFB" w:rsidRDefault="0014516E" w:rsidP="00B77F15">
      <w:pPr>
        <w:spacing w:after="40" w:line="240" w:lineRule="auto"/>
        <w:jc w:val="both"/>
      </w:pPr>
      <w:r>
        <w:rPr>
          <w:b/>
        </w:rPr>
        <w:t>MADDE 10 – Kılık- Kıyafet</w:t>
      </w:r>
    </w:p>
    <w:p w14:paraId="01CE160F" w14:textId="77777777" w:rsidR="00700DFB" w:rsidRDefault="0014516E" w:rsidP="00B77F15">
      <w:pPr>
        <w:spacing w:after="40" w:line="240" w:lineRule="auto"/>
        <w:jc w:val="both"/>
      </w:pPr>
      <w:r>
        <w:t>Üniversitenin kıyafetle ilgili yönetmeliğine uyulur. Bu amaçla İME süresince öğrenciler Sağlık Bilimleri Fakültesinin belirlediği Ordu Üniversitesinin amblemini taşıyan alt lacivert, üst beyaz öğrenci hemşire üniforması giymelidir. Temiz ve ütülü olan üniforma, yalnızca uygulama alanında giyilmeli ve öğrenci kimlikleri takılmalıdır. Genel görünüm üniforma bütünlüğüne ve mesleki profesyonelliğe uygun şekilde olmalıdır. Öğrenciler mesleki eğitim aldığı kurumun kılık-kıyafet kurallarına, iş güvenliği, hasta güvenliği ve disiplin kurallarına uymak zorundadır.</w:t>
      </w:r>
    </w:p>
    <w:p w14:paraId="5A30EA7B" w14:textId="77777777" w:rsidR="00700DFB" w:rsidRDefault="0014516E" w:rsidP="00B77F15">
      <w:pPr>
        <w:spacing w:after="40" w:line="240" w:lineRule="auto"/>
        <w:jc w:val="both"/>
      </w:pPr>
      <w:r>
        <w:rPr>
          <w:b/>
        </w:rPr>
        <w:t>MADDE 11 – İşletmede Mesleki Eğitim Uygulaması</w:t>
      </w:r>
    </w:p>
    <w:p w14:paraId="21A050E5" w14:textId="77777777" w:rsidR="00700DFB" w:rsidRDefault="0014516E" w:rsidP="00B77F15">
      <w:pPr>
        <w:spacing w:after="40" w:line="240" w:lineRule="auto"/>
        <w:jc w:val="both"/>
      </w:pPr>
      <w:r>
        <w:t>(1) Hemşirelik Bölümü 4. sınıf öğrencileri, HEM 401 İşletmede Mesleki Eğitim ve HEM 402 İşletmede Mesleki Eğitim derslerinden İME uygulama komisyonu tarafından belirlenen, üç anabilim dalı dersine kayıt yaptırırlar. Kayıt yaptırılan derslerin uygulama planına uyulmalıdır.</w:t>
      </w:r>
    </w:p>
    <w:p w14:paraId="1E4C345D" w14:textId="77777777" w:rsidR="00700DFB" w:rsidRDefault="0014516E" w:rsidP="00B77F15">
      <w:pPr>
        <w:spacing w:after="40" w:line="240" w:lineRule="auto"/>
        <w:jc w:val="both"/>
      </w:pPr>
      <w:r>
        <w:t>(2) Öğrenciler, her yarıyılda aşağıda belirtilen anabilim dalı derslerinden en az üçüne danışman öğretim elemanı onayı ile kaydolmak zorundadır.</w:t>
      </w:r>
    </w:p>
    <w:p w14:paraId="6C819F16" w14:textId="77777777" w:rsidR="00700DFB" w:rsidRDefault="0014516E" w:rsidP="00B77F15">
      <w:pPr>
        <w:spacing w:after="40" w:line="240" w:lineRule="auto"/>
        <w:jc w:val="both"/>
      </w:pPr>
      <w:r>
        <w:t>HEM 401 İşletmede Mesleki Eğitim: İç Hastalıkları Hemşireliği; Cerrahi Hastalıklar Hemşireliği; Kadın Sağlığı ve Hastalıkları Hemşireliği; Çocuk Sağlığı ve Hastalıkları Hemşireliği; Ruh Sağlığı ve Hastalıkları Hemşireliği; Halk Sağlığı ve Hastalıkları Hemşireliği</w:t>
      </w:r>
    </w:p>
    <w:p w14:paraId="43C0FDE3" w14:textId="02C3D490" w:rsidR="00700DFB" w:rsidRDefault="0014516E" w:rsidP="00B77F15">
      <w:pPr>
        <w:spacing w:after="40" w:line="240" w:lineRule="auto"/>
        <w:jc w:val="both"/>
      </w:pPr>
      <w:r>
        <w:t>HEM 402 İşletmede Mesleki Eğitim: İç Hastalıkları Hemşireliği; Cerrahi Hastalıklar Hemşireliği; Kadın Sağlığı ve Hastalıkları Hemşireliği</w:t>
      </w:r>
      <w:r w:rsidR="00863E8D">
        <w:t>;</w:t>
      </w:r>
      <w:r>
        <w:t xml:space="preserve"> Çocuk Sağlığı ve Hastalıkları Hemşireliği</w:t>
      </w:r>
      <w:r w:rsidR="00863E8D">
        <w:t>;</w:t>
      </w:r>
      <w:r>
        <w:t xml:space="preserve"> Ruh Sağlığı ve Hastalıkları Hemşireliği; Halk Sağlığı ve Hastalıkları Hemşireliği</w:t>
      </w:r>
    </w:p>
    <w:p w14:paraId="5DD8C0B5" w14:textId="77777777" w:rsidR="00700DFB" w:rsidRDefault="0014516E" w:rsidP="00B77F15">
      <w:pPr>
        <w:spacing w:after="40" w:line="240" w:lineRule="auto"/>
        <w:jc w:val="both"/>
      </w:pPr>
      <w:r>
        <w:t>(3) Her bir dönemdeki İME dersi, 2 saat teorik, 32 saat uygulama, 18 Ulusal Kredi, 22 AKTS’dir.</w:t>
      </w:r>
    </w:p>
    <w:p w14:paraId="5F65D863" w14:textId="77777777" w:rsidR="00700DFB" w:rsidRDefault="0014516E" w:rsidP="00B77F15">
      <w:pPr>
        <w:spacing w:after="40" w:line="240" w:lineRule="auto"/>
        <w:jc w:val="both"/>
      </w:pPr>
      <w:r>
        <w:t>(4) Uygulamalar 08.00-16.00 saatleri arasında haftanın dört günü yapılır.</w:t>
      </w:r>
    </w:p>
    <w:p w14:paraId="612B38BC" w14:textId="77777777" w:rsidR="00700DFB" w:rsidRDefault="0014516E" w:rsidP="00B77F15">
      <w:pPr>
        <w:spacing w:after="40" w:line="240" w:lineRule="auto"/>
        <w:jc w:val="both"/>
      </w:pPr>
      <w:r>
        <w:t>(5) Uygulama süresi Ordu Üniversitesi akademik takvimine göre belirlenir.</w:t>
      </w:r>
    </w:p>
    <w:p w14:paraId="522C7E48" w14:textId="77777777" w:rsidR="00700DFB" w:rsidRDefault="0014516E" w:rsidP="00B77F15">
      <w:pPr>
        <w:spacing w:after="40" w:line="240" w:lineRule="auto"/>
        <w:jc w:val="both"/>
      </w:pPr>
      <w:r>
        <w:t>(6) Her bir İME öğrenci hemşiresi için, ilgili anabilim dalı İME sorumlu öğretim elemanı tarafından, dersin haftalık uygulama saatine uygun şekilde hazırlanan çalışma çizelgesi, İME Uygulama Komisyonuna iletilerek İME öğrenci hemşire uygulama alanı ve günleri belirlenir.</w:t>
      </w:r>
    </w:p>
    <w:p w14:paraId="0FF55EE9" w14:textId="77777777" w:rsidR="00700DFB" w:rsidRDefault="0014516E" w:rsidP="00B77F15">
      <w:pPr>
        <w:spacing w:after="40" w:line="240" w:lineRule="auto"/>
        <w:jc w:val="both"/>
      </w:pPr>
      <w:r>
        <w:rPr>
          <w:b/>
        </w:rPr>
        <w:t>MADDE 12 – İşletmede Mesleki Eğitim Dersine Devam Zorunluluğu</w:t>
      </w:r>
    </w:p>
    <w:p w14:paraId="5346C073" w14:textId="77777777" w:rsidR="00700DFB" w:rsidRDefault="0014516E" w:rsidP="00B77F15">
      <w:pPr>
        <w:spacing w:after="40" w:line="240" w:lineRule="auto"/>
        <w:jc w:val="both"/>
      </w:pPr>
      <w:r>
        <w:t>(1) İME dersine devam zorunluluğu, Ordu Üniversitesi Önlisans ve Lisans Eğitim Öğretim ve Sınav Yönetmeliği esaslarına göre, dersin belirtilen sürede %80’ine devam etmesi zorunludur.</w:t>
      </w:r>
    </w:p>
    <w:p w14:paraId="5C51D145" w14:textId="77777777" w:rsidR="00700DFB" w:rsidRDefault="0014516E" w:rsidP="00B77F15">
      <w:pPr>
        <w:spacing w:after="40" w:line="240" w:lineRule="auto"/>
        <w:jc w:val="both"/>
      </w:pPr>
      <w:r>
        <w:t>(2) Öğrencilerin devam durumları İME Sorumlu Öğretim Elemanı gözetiminde ve İME Sorumlu Hemşiresi tarafından izlenir.</w:t>
      </w:r>
    </w:p>
    <w:p w14:paraId="49D62792" w14:textId="77777777" w:rsidR="00700DFB" w:rsidRDefault="0014516E" w:rsidP="00B77F15">
      <w:pPr>
        <w:spacing w:after="40" w:line="240" w:lineRule="auto"/>
        <w:jc w:val="both"/>
      </w:pPr>
      <w:r>
        <w:t>(3) Öğrenci hemşirenin devam durumu her bir anabilim dalı dersi teorik ve uygulaması için ayrı hesaplanır. Devamsızlığın tamamı bir anabilim dalı dersi teorik ve uygulamasında kullanılamaz.</w:t>
      </w:r>
    </w:p>
    <w:p w14:paraId="37B8EE45" w14:textId="55F74526" w:rsidR="00700DFB" w:rsidRDefault="0014516E" w:rsidP="00B77F15">
      <w:pPr>
        <w:spacing w:after="40" w:line="240" w:lineRule="auto"/>
        <w:jc w:val="both"/>
      </w:pPr>
      <w:r>
        <w:t>(4) Öğrenci aldığı rapor/mazeret belgesini fakülteye ve hastane eğitim birimine en geç 3 (üç) gün içinde bildirmek zorundadır.</w:t>
      </w:r>
    </w:p>
    <w:p w14:paraId="4C99ABED" w14:textId="77777777" w:rsidR="00700DFB" w:rsidRDefault="0014516E" w:rsidP="00B77F15">
      <w:pPr>
        <w:spacing w:after="40" w:line="240" w:lineRule="auto"/>
        <w:jc w:val="both"/>
      </w:pPr>
      <w:r>
        <w:rPr>
          <w:b/>
        </w:rPr>
        <w:t>MADDE 13 – Başarının Ölçülmesi ve Değerlendirilmesi</w:t>
      </w:r>
    </w:p>
    <w:p w14:paraId="3E657B4A" w14:textId="77777777" w:rsidR="00700DFB" w:rsidRDefault="0014516E" w:rsidP="00B77F15">
      <w:pPr>
        <w:spacing w:after="40" w:line="240" w:lineRule="auto"/>
        <w:jc w:val="both"/>
      </w:pPr>
      <w:r>
        <w:t>(1) İME dersi başarısının ölçülmesi, Ordu Üniversitesi Önlisans ve Lisans Eğitim Öğretim ve Sınav Yönetmeliğine göre, İME sorumlu öğretim elemanı ve İME uygulama sorumlu hemşiresi tarafından yapılır.</w:t>
      </w:r>
    </w:p>
    <w:p w14:paraId="563797B4" w14:textId="77777777" w:rsidR="00700DFB" w:rsidRDefault="0014516E" w:rsidP="00B77F15">
      <w:pPr>
        <w:spacing w:after="40" w:line="240" w:lineRule="auto"/>
        <w:jc w:val="both"/>
      </w:pPr>
      <w:r>
        <w:t>(2) Öğrenci hemşirenin her yarıyıl için üç anabilim dalından; İME sorumlu öğretim elemanları (%40) ve İME uygulama sorumlu hemşirelerinden (%40), İME teorik ders sunumundan (vaka, seminer vb.) (%20) alacağı notların ortalaması uygulama başarı notu olarak belirlenir. Uygulama başarı notunun İME dersi notuna nihai katkısı %50’dir.</w:t>
      </w:r>
    </w:p>
    <w:p w14:paraId="2DC3BBB8" w14:textId="77777777" w:rsidR="00700DFB" w:rsidRDefault="0014516E" w:rsidP="00B77F15">
      <w:pPr>
        <w:spacing w:after="40" w:line="240" w:lineRule="auto"/>
        <w:jc w:val="both"/>
      </w:pPr>
      <w:r>
        <w:t>Değerlendirme notuna yıl içi ve yıl sonunun katkıları aşağıdaki şekildedir:</w:t>
      </w:r>
    </w:p>
    <w:p w14:paraId="490547D4" w14:textId="77777777" w:rsidR="00700DFB" w:rsidRDefault="0014516E" w:rsidP="00B77F15">
      <w:pPr>
        <w:spacing w:after="40" w:line="240" w:lineRule="auto"/>
        <w:jc w:val="both"/>
      </w:pPr>
      <w:r>
        <w:t>Dönem içi değerlendirme notunun başarıya katkısı %40 [Uygulama (%50), Ara Sınav (%50)],</w:t>
      </w:r>
    </w:p>
    <w:p w14:paraId="6AA15C84" w14:textId="77777777" w:rsidR="00700DFB" w:rsidRDefault="0014516E" w:rsidP="00B77F15">
      <w:pPr>
        <w:spacing w:after="40" w:line="240" w:lineRule="auto"/>
        <w:jc w:val="both"/>
      </w:pPr>
      <w:r>
        <w:t>Dönem sonu notunun başarıya katkısı %60 [Uygulama (%50), Final Sınav (%50)],</w:t>
      </w:r>
    </w:p>
    <w:p w14:paraId="30699FE3" w14:textId="0060D575" w:rsidR="00E97993" w:rsidRDefault="0014516E" w:rsidP="00B77F15">
      <w:pPr>
        <w:spacing w:after="40" w:line="240" w:lineRule="auto"/>
        <w:jc w:val="both"/>
      </w:pPr>
      <w:r>
        <w:t>(3) İME dersi kapsamında aldığı anabilim dalı dersi/derslerinden başarısız olan öğrenci, yeni eğitim öğretim yılında İME dersine kaydolmak ve başarısız olduğu anabilim dalı dersine/derslerine devam etmek zorundadır.</w:t>
      </w:r>
    </w:p>
    <w:p w14:paraId="270151CE" w14:textId="77777777" w:rsidR="00E97993" w:rsidRDefault="00E97993" w:rsidP="00B77F15">
      <w:pPr>
        <w:spacing w:after="40" w:line="240" w:lineRule="auto"/>
        <w:jc w:val="both"/>
      </w:pPr>
    </w:p>
    <w:p w14:paraId="29E9756B" w14:textId="16EA5CBF" w:rsidR="00E97993" w:rsidRDefault="00E97993" w:rsidP="00E97993">
      <w:pPr>
        <w:spacing w:after="0" w:line="240" w:lineRule="auto"/>
      </w:pPr>
      <w:r>
        <w:t>PP.2.2.FR.001</w:t>
      </w:r>
      <w:r w:rsidR="00573151">
        <w:t>8</w:t>
      </w:r>
      <w:r>
        <w:t xml:space="preserve">, R0 EYLÜL 2026                                                                                                                                        </w:t>
      </w:r>
      <w:r w:rsidRPr="00257D7B">
        <w:rPr>
          <w:b/>
          <w:bCs/>
        </w:rPr>
        <w:t>3/5</w:t>
      </w:r>
      <w:r>
        <w:t xml:space="preserve">       </w:t>
      </w:r>
    </w:p>
    <w:p w14:paraId="14495D61" w14:textId="77777777" w:rsidR="00E97993" w:rsidRPr="00E97993" w:rsidRDefault="00E97993" w:rsidP="00E97993">
      <w:pPr>
        <w:pStyle w:val="AltBilgi"/>
        <w:tabs>
          <w:tab w:val="left" w:pos="3143"/>
        </w:tabs>
        <w:jc w:val="center"/>
        <w:rPr>
          <w:rFonts w:cs="Times New Roman"/>
          <w:i/>
          <w:iCs/>
          <w:sz w:val="18"/>
          <w:szCs w:val="18"/>
        </w:rPr>
      </w:pPr>
      <w:r w:rsidRPr="00E97993">
        <w:rPr>
          <w:rFonts w:cs="Times New Roman"/>
          <w:i/>
          <w:iCs/>
          <w:sz w:val="18"/>
          <w:szCs w:val="18"/>
        </w:rPr>
        <w:t xml:space="preserve">Bu dokümanın basılı hali kontrolsüz doküman kabul edilmektedir. </w:t>
      </w:r>
    </w:p>
    <w:p w14:paraId="1BE6CD5B" w14:textId="63BAE754" w:rsidR="00E97993" w:rsidRPr="00E97993" w:rsidRDefault="00E97993" w:rsidP="00E97993">
      <w:pPr>
        <w:pStyle w:val="AltBilgi"/>
        <w:tabs>
          <w:tab w:val="left" w:pos="3143"/>
        </w:tabs>
        <w:jc w:val="center"/>
        <w:rPr>
          <w:rFonts w:cs="Times New Roman"/>
          <w:sz w:val="18"/>
          <w:szCs w:val="18"/>
        </w:rPr>
      </w:pPr>
      <w:r w:rsidRPr="00E97993">
        <w:rPr>
          <w:rFonts w:cs="Times New Roman"/>
          <w:i/>
          <w:iCs/>
          <w:sz w:val="18"/>
          <w:szCs w:val="18"/>
        </w:rPr>
        <w:t>Lütfen web sitesinden en son versiyonuna ulaşınız.</w:t>
      </w:r>
    </w:p>
    <w:p w14:paraId="65D44AE0" w14:textId="77777777" w:rsidR="00E97993" w:rsidRDefault="00E97993" w:rsidP="00B77F15">
      <w:pPr>
        <w:spacing w:after="40" w:line="240" w:lineRule="auto"/>
        <w:jc w:val="both"/>
      </w:pPr>
    </w:p>
    <w:p w14:paraId="47E3F1F3" w14:textId="77777777" w:rsidR="00E97993" w:rsidRDefault="00E97993" w:rsidP="00B77F15">
      <w:pPr>
        <w:spacing w:after="40" w:line="240" w:lineRule="auto"/>
        <w:jc w:val="both"/>
      </w:pPr>
    </w:p>
    <w:p w14:paraId="3E78A0C9" w14:textId="1C496CE9" w:rsidR="00700DFB" w:rsidRDefault="0014516E" w:rsidP="00B77F15">
      <w:pPr>
        <w:spacing w:after="40" w:line="240" w:lineRule="auto"/>
        <w:jc w:val="both"/>
      </w:pPr>
      <w:r>
        <w:t>4) Devamsızlık nedeniyle başarısız olan öğrenci yılsonu değerlendirmeye alınmaz ve yeni eğitim öğretim yılında İME dersi kapsamında devamsızlık sınırını aştığı anabilim dalı dersini/derslerini alıp devam etmek zorundadır.Ara ve Final sınavlarının içeriği; İç Hastalıkları Hemşireliği, Cerrahi Hastalıklar Hemşireliği, Kadın Sağlığı ve Hastalıkları Hemşireliği, Ruh Sağlığı ve Hastalıkları Hemşireliği, Çocuk Sağlığı ve Hastalıkları Hemşireliği, Halk Sağlığı ve Hastalıkları Hemşireliği derslerinden oluşmaktadır.</w:t>
      </w:r>
    </w:p>
    <w:p w14:paraId="7906918D" w14:textId="546142CF" w:rsidR="00257D7B" w:rsidRDefault="0014516E" w:rsidP="00B77F15">
      <w:pPr>
        <w:spacing w:after="40" w:line="240" w:lineRule="auto"/>
        <w:jc w:val="both"/>
        <w:rPr>
          <w:b/>
        </w:rPr>
      </w:pPr>
      <w:r>
        <w:t>Başarısız olan (DD/FD/FF/F1/F2/F3) öğrenciler İME dersini tekrar almak zorundadır.</w:t>
      </w:r>
    </w:p>
    <w:p w14:paraId="55474367" w14:textId="32C635B1" w:rsidR="00700DFB" w:rsidRDefault="0014516E" w:rsidP="00B77F15">
      <w:pPr>
        <w:spacing w:after="40" w:line="240" w:lineRule="auto"/>
        <w:jc w:val="both"/>
      </w:pPr>
      <w:r>
        <w:rPr>
          <w:b/>
        </w:rPr>
        <w:t>MADDE 14 – Sigorta ve Mali Yükümlülükler</w:t>
      </w:r>
    </w:p>
    <w:p w14:paraId="6EED88BA" w14:textId="33364EBB" w:rsidR="00257D7B" w:rsidRDefault="0014516E" w:rsidP="00B77F15">
      <w:pPr>
        <w:spacing w:after="40" w:line="240" w:lineRule="auto"/>
        <w:jc w:val="both"/>
        <w:rPr>
          <w:b/>
        </w:rPr>
      </w:pPr>
      <w:r>
        <w:t>İME alan öğrencilerin 5510 sayılı kanunun 5. maddesinin (b) bendi gereğince İş Kazası ve Meslek Hastalıkları sigortaları öğrenim gördükleri üniversite tarafından yapılır. Öğrenciler işyerinde mesleki eğitime başlamadan önce İş Kazası ve Meslek Hastalıkları sigortası düzenlenerek Sosyal Güvenlik Kurumuna bildirilir. İME’ye tabi olan öğrencilerin İş Kazası ve Meslek Hastalıkları sigortası pirim ödemeleri aylık periyodlar ile Rektörlüğe bildirilir.</w:t>
      </w:r>
    </w:p>
    <w:p w14:paraId="3872350F" w14:textId="63EBFA48" w:rsidR="00700DFB" w:rsidRDefault="0014516E" w:rsidP="00B77F15">
      <w:pPr>
        <w:spacing w:after="40" w:line="240" w:lineRule="auto"/>
        <w:jc w:val="both"/>
      </w:pPr>
      <w:r>
        <w:rPr>
          <w:b/>
        </w:rPr>
        <w:t>MADDE 15 – Öğrencilere Ödenecek Ücret</w:t>
      </w:r>
    </w:p>
    <w:p w14:paraId="106A5725" w14:textId="77777777" w:rsidR="00700DFB" w:rsidRDefault="0014516E" w:rsidP="00B77F15">
      <w:pPr>
        <w:spacing w:after="40" w:line="240" w:lineRule="auto"/>
        <w:jc w:val="both"/>
      </w:pPr>
      <w:r>
        <w:t>İME süresince öğrenciye 3308 Sayılı Kanun’un 25. Maddesi uyarınca ücret ödenir. Ödenen ücret, yirmi ve daha fazla personel çalıştıran işletmelerde asgari ücretin yüzde otuzundan, diğer işletmelerde yüzde on beşinden az olamaz.</w:t>
      </w:r>
    </w:p>
    <w:p w14:paraId="5A9DDFFC" w14:textId="77777777" w:rsidR="00700DFB" w:rsidRDefault="0014516E" w:rsidP="00B77F15">
      <w:pPr>
        <w:spacing w:after="40" w:line="240" w:lineRule="auto"/>
        <w:jc w:val="both"/>
      </w:pPr>
      <w:r>
        <w:rPr>
          <w:b/>
        </w:rPr>
        <w:t>MADDE 16 – Hüküm Bulunmayan Haller</w:t>
      </w:r>
    </w:p>
    <w:p w14:paraId="75A6B391" w14:textId="1AC84BE7" w:rsidR="00700DFB" w:rsidRDefault="0014516E" w:rsidP="00B77F15">
      <w:pPr>
        <w:spacing w:after="40" w:line="240" w:lineRule="auto"/>
        <w:jc w:val="both"/>
      </w:pPr>
      <w:r>
        <w:t xml:space="preserve">Bu </w:t>
      </w:r>
      <w:r w:rsidR="00434791">
        <w:t>sözleşm</w:t>
      </w:r>
      <w:r>
        <w:t>ede yer almayan hususlar hakkında ilgili diğer mevzuat hükümleri uygulanır. İME Komisyonlarının önerileri üzerine Sağlık Bilimleri Fakültesinin ilgili kurulları tarafından karara bağlanır.</w:t>
      </w:r>
    </w:p>
    <w:p w14:paraId="02E96CCC" w14:textId="2FDAC6B8" w:rsidR="00D52357" w:rsidRDefault="00D52357" w:rsidP="00D52357">
      <w:pPr>
        <w:spacing w:after="40" w:line="240" w:lineRule="auto"/>
        <w:jc w:val="both"/>
        <w:rPr>
          <w:b/>
        </w:rPr>
      </w:pPr>
      <w:r>
        <w:rPr>
          <w:b/>
        </w:rPr>
        <w:t>MADDE 1</w:t>
      </w:r>
      <w:r w:rsidR="00434791">
        <w:rPr>
          <w:b/>
        </w:rPr>
        <w:t>7</w:t>
      </w:r>
      <w:r>
        <w:rPr>
          <w:b/>
        </w:rPr>
        <w:t xml:space="preserve"> – Sözleşmenin Feshi</w:t>
      </w:r>
    </w:p>
    <w:p w14:paraId="485117D6" w14:textId="709F2C84" w:rsidR="00BC5F00" w:rsidRDefault="00BC5F00" w:rsidP="00D52357">
      <w:pPr>
        <w:spacing w:after="40" w:line="240" w:lineRule="auto"/>
        <w:jc w:val="both"/>
      </w:pPr>
      <w:r w:rsidRPr="00BC5F00">
        <w:t>İş</w:t>
      </w:r>
      <w:r w:rsidR="00434791">
        <w:t>letmenin</w:t>
      </w:r>
      <w:r w:rsidRPr="00BC5F00">
        <w:t xml:space="preserve"> çeşitli sebeplerle kapatılması, </w:t>
      </w:r>
      <w:r w:rsidR="00434791">
        <w:t>ö</w:t>
      </w:r>
      <w:r w:rsidRPr="00BC5F00">
        <w:t>ğrencinin okul/kurum değiştirme  veya  örgün eğitim  dışına  çıkar</w:t>
      </w:r>
      <w:r w:rsidR="00434791">
        <w:t>ıl</w:t>
      </w:r>
      <w:r w:rsidRPr="00BC5F00">
        <w:t>ma  cezası  alarak  okul/kurumla ilişiğinin kesilmesi</w:t>
      </w:r>
      <w:r w:rsidR="00500D43">
        <w:t xml:space="preserve"> halinde sözleşme fesh edilir.</w:t>
      </w:r>
    </w:p>
    <w:p w14:paraId="3DAA3FD6" w14:textId="45AFECD7" w:rsidR="00434791" w:rsidRDefault="00434791" w:rsidP="00434791">
      <w:pPr>
        <w:spacing w:after="40" w:line="240" w:lineRule="auto"/>
        <w:jc w:val="both"/>
      </w:pPr>
      <w:r>
        <w:rPr>
          <w:b/>
        </w:rPr>
        <w:t>MADDE 18 – Sözleşmenin Süresi ve Nüshaları</w:t>
      </w:r>
    </w:p>
    <w:p w14:paraId="43C72C27" w14:textId="0BA564DD" w:rsidR="00E97993" w:rsidRDefault="00434791" w:rsidP="008D4F99">
      <w:pPr>
        <w:spacing w:after="40" w:line="240" w:lineRule="auto"/>
        <w:jc w:val="both"/>
        <w:rPr>
          <w:b/>
          <w:sz w:val="22"/>
          <w:szCs w:val="24"/>
        </w:rPr>
      </w:pPr>
      <w:r>
        <w:t>İşbu sözleşme …/…/20… tarihinde üç nüsha olarak düzenlenmiş ve taraflarca imzalanmıştır. Bir nüshası Fakültede, bir nüshası işletmede, bir nüshası öğrencide muhafaza edilir.</w:t>
      </w:r>
    </w:p>
    <w:p w14:paraId="4E43D2D9" w14:textId="77777777" w:rsidR="00E97993" w:rsidRDefault="00E97993" w:rsidP="008C400E">
      <w:pPr>
        <w:spacing w:before="240" w:after="60" w:line="240" w:lineRule="auto"/>
        <w:rPr>
          <w:b/>
          <w:sz w:val="22"/>
          <w:szCs w:val="24"/>
        </w:rPr>
      </w:pPr>
    </w:p>
    <w:p w14:paraId="6824F412" w14:textId="77777777" w:rsidR="00E97993" w:rsidRDefault="00E97993" w:rsidP="008C400E">
      <w:pPr>
        <w:spacing w:before="240" w:after="60" w:line="240" w:lineRule="auto"/>
        <w:rPr>
          <w:b/>
          <w:sz w:val="22"/>
          <w:szCs w:val="24"/>
        </w:rPr>
      </w:pPr>
    </w:p>
    <w:p w14:paraId="4CBD0198" w14:textId="42EC1A3A" w:rsidR="008D4F99" w:rsidRDefault="00E97993" w:rsidP="00E97993">
      <w:pPr>
        <w:spacing w:after="0" w:line="240" w:lineRule="auto"/>
      </w:pPr>
      <w:r>
        <w:t>PP.2.2.FR.001</w:t>
      </w:r>
      <w:r w:rsidR="00573151">
        <w:t>8</w:t>
      </w:r>
      <w:r>
        <w:t xml:space="preserve">, R0 EYLÜL 2026                                                                                                                               </w:t>
      </w:r>
      <w:r>
        <w:rPr>
          <w:b/>
          <w:bCs/>
        </w:rPr>
        <w:t>4</w:t>
      </w:r>
      <w:r w:rsidRPr="00257D7B">
        <w:rPr>
          <w:b/>
          <w:bCs/>
        </w:rPr>
        <w:t>/5</w:t>
      </w:r>
      <w:r>
        <w:t xml:space="preserve">    </w:t>
      </w:r>
    </w:p>
    <w:p w14:paraId="4B56C81E" w14:textId="77777777" w:rsidR="008D4F99" w:rsidRDefault="008D4F99" w:rsidP="00E97993">
      <w:pPr>
        <w:spacing w:after="0" w:line="240" w:lineRule="auto"/>
      </w:pPr>
    </w:p>
    <w:p w14:paraId="77594169" w14:textId="77777777" w:rsidR="008D4F99" w:rsidRDefault="008D4F99" w:rsidP="00E97993">
      <w:pPr>
        <w:spacing w:after="0" w:line="240" w:lineRule="auto"/>
      </w:pPr>
    </w:p>
    <w:p w14:paraId="516C7E1D" w14:textId="77777777" w:rsidR="008D4F99" w:rsidRDefault="008D4F99" w:rsidP="00E97993">
      <w:pPr>
        <w:spacing w:after="0" w:line="240" w:lineRule="auto"/>
      </w:pPr>
    </w:p>
    <w:p w14:paraId="07266A9C" w14:textId="77777777" w:rsidR="008D4F99" w:rsidRDefault="008D4F99" w:rsidP="00E97993">
      <w:pPr>
        <w:spacing w:after="0" w:line="240" w:lineRule="auto"/>
      </w:pPr>
    </w:p>
    <w:p w14:paraId="63BBC884" w14:textId="77777777" w:rsidR="008D4F99" w:rsidRDefault="008D4F99" w:rsidP="00E97993">
      <w:pPr>
        <w:spacing w:after="0" w:line="240" w:lineRule="auto"/>
      </w:pPr>
    </w:p>
    <w:p w14:paraId="787C5179" w14:textId="77777777" w:rsidR="008D4F99" w:rsidRDefault="008D4F99" w:rsidP="00E97993">
      <w:pPr>
        <w:spacing w:after="0" w:line="240" w:lineRule="auto"/>
      </w:pPr>
    </w:p>
    <w:p w14:paraId="645B4F20" w14:textId="77777777" w:rsidR="008D4F99" w:rsidRDefault="008D4F99" w:rsidP="00E97993">
      <w:pPr>
        <w:spacing w:after="0" w:line="240" w:lineRule="auto"/>
      </w:pPr>
    </w:p>
    <w:p w14:paraId="388796AF" w14:textId="77777777" w:rsidR="008D4F99" w:rsidRDefault="008D4F99" w:rsidP="00E97993">
      <w:pPr>
        <w:spacing w:after="0" w:line="240" w:lineRule="auto"/>
      </w:pPr>
    </w:p>
    <w:p w14:paraId="28E95CFD" w14:textId="77777777" w:rsidR="008D4F99" w:rsidRDefault="008D4F99" w:rsidP="00E97993">
      <w:pPr>
        <w:spacing w:after="0" w:line="240" w:lineRule="auto"/>
      </w:pPr>
    </w:p>
    <w:p w14:paraId="0C6D8714" w14:textId="77777777" w:rsidR="008D4F99" w:rsidRDefault="008D4F99" w:rsidP="00E97993">
      <w:pPr>
        <w:spacing w:after="0" w:line="240" w:lineRule="auto"/>
      </w:pPr>
    </w:p>
    <w:p w14:paraId="1E123B41" w14:textId="77777777" w:rsidR="008D4F99" w:rsidRDefault="008D4F99" w:rsidP="00E97993">
      <w:pPr>
        <w:spacing w:after="0" w:line="240" w:lineRule="auto"/>
      </w:pPr>
    </w:p>
    <w:p w14:paraId="61CD96A2" w14:textId="77777777" w:rsidR="008D4F99" w:rsidRDefault="008D4F99" w:rsidP="00E97993">
      <w:pPr>
        <w:spacing w:after="0" w:line="240" w:lineRule="auto"/>
      </w:pPr>
    </w:p>
    <w:p w14:paraId="782D8B38" w14:textId="77777777" w:rsidR="008D4F99" w:rsidRDefault="008D4F99" w:rsidP="00E97993">
      <w:pPr>
        <w:spacing w:after="0" w:line="240" w:lineRule="auto"/>
      </w:pPr>
    </w:p>
    <w:p w14:paraId="4BBF0A9C" w14:textId="77777777" w:rsidR="008D4F99" w:rsidRDefault="008D4F99" w:rsidP="00E97993">
      <w:pPr>
        <w:spacing w:after="0" w:line="240" w:lineRule="auto"/>
      </w:pPr>
    </w:p>
    <w:p w14:paraId="4F779415" w14:textId="77777777" w:rsidR="008D4F99" w:rsidRDefault="008D4F99" w:rsidP="00E97993">
      <w:pPr>
        <w:spacing w:after="0" w:line="240" w:lineRule="auto"/>
      </w:pPr>
    </w:p>
    <w:p w14:paraId="22148C11" w14:textId="77777777" w:rsidR="008D4F99" w:rsidRDefault="008D4F99" w:rsidP="00E97993">
      <w:pPr>
        <w:spacing w:after="0" w:line="240" w:lineRule="auto"/>
      </w:pPr>
    </w:p>
    <w:p w14:paraId="18C63675" w14:textId="77777777" w:rsidR="008D4F99" w:rsidRDefault="008D4F99" w:rsidP="00E97993">
      <w:pPr>
        <w:spacing w:after="0" w:line="240" w:lineRule="auto"/>
      </w:pPr>
    </w:p>
    <w:p w14:paraId="07A1AA83" w14:textId="77777777" w:rsidR="008D4F99" w:rsidRDefault="008D4F99" w:rsidP="00E97993">
      <w:pPr>
        <w:spacing w:after="0" w:line="240" w:lineRule="auto"/>
      </w:pPr>
    </w:p>
    <w:p w14:paraId="707AFD3E" w14:textId="77777777" w:rsidR="008D4F99" w:rsidRDefault="008D4F99" w:rsidP="00E97993">
      <w:pPr>
        <w:spacing w:after="0" w:line="240" w:lineRule="auto"/>
      </w:pPr>
    </w:p>
    <w:p w14:paraId="1F86501E" w14:textId="77777777" w:rsidR="008D4F99" w:rsidRDefault="008D4F99" w:rsidP="00E97993">
      <w:pPr>
        <w:spacing w:after="0" w:line="240" w:lineRule="auto"/>
      </w:pPr>
    </w:p>
    <w:p w14:paraId="16EC52D1" w14:textId="77777777" w:rsidR="008D4F99" w:rsidRDefault="008D4F99" w:rsidP="00E97993">
      <w:pPr>
        <w:spacing w:after="0" w:line="240" w:lineRule="auto"/>
      </w:pPr>
    </w:p>
    <w:p w14:paraId="6A935162" w14:textId="77777777" w:rsidR="008D4F99" w:rsidRDefault="008D4F99" w:rsidP="00E97993">
      <w:pPr>
        <w:spacing w:after="0" w:line="240" w:lineRule="auto"/>
      </w:pPr>
    </w:p>
    <w:p w14:paraId="6BAC8A8C" w14:textId="77777777" w:rsidR="008D4F99" w:rsidRDefault="008D4F99" w:rsidP="00E97993">
      <w:pPr>
        <w:spacing w:after="0" w:line="240" w:lineRule="auto"/>
      </w:pPr>
    </w:p>
    <w:p w14:paraId="5F973383" w14:textId="77777777" w:rsidR="008D4F99" w:rsidRDefault="008D4F99" w:rsidP="00E97993">
      <w:pPr>
        <w:spacing w:after="0" w:line="240" w:lineRule="auto"/>
      </w:pPr>
    </w:p>
    <w:p w14:paraId="066146EB" w14:textId="77777777" w:rsidR="008D4F99" w:rsidRDefault="008D4F99" w:rsidP="00E97993">
      <w:pPr>
        <w:spacing w:after="0" w:line="240" w:lineRule="auto"/>
      </w:pPr>
    </w:p>
    <w:p w14:paraId="2D77840D" w14:textId="46A01563" w:rsidR="00E97993" w:rsidRDefault="00E97993" w:rsidP="00E97993">
      <w:pPr>
        <w:spacing w:after="0" w:line="240" w:lineRule="auto"/>
      </w:pPr>
      <w:r>
        <w:t xml:space="preserve">            </w:t>
      </w:r>
    </w:p>
    <w:p w14:paraId="5D11BB04" w14:textId="77777777" w:rsidR="00E97993" w:rsidRDefault="00E97993" w:rsidP="00E97993">
      <w:pPr>
        <w:spacing w:after="0" w:line="240" w:lineRule="auto"/>
      </w:pPr>
    </w:p>
    <w:p w14:paraId="0C406F8F" w14:textId="77777777" w:rsidR="00E97993" w:rsidRPr="001100A4" w:rsidRDefault="00E97993" w:rsidP="00E97993">
      <w:pPr>
        <w:pStyle w:val="AltBilgi"/>
        <w:tabs>
          <w:tab w:val="left" w:pos="3143"/>
        </w:tabs>
        <w:jc w:val="center"/>
        <w:rPr>
          <w:rFonts w:cs="Times New Roman"/>
          <w:i/>
          <w:iCs/>
          <w:szCs w:val="20"/>
        </w:rPr>
      </w:pPr>
      <w:r w:rsidRPr="001100A4">
        <w:rPr>
          <w:rFonts w:cs="Times New Roman"/>
          <w:i/>
          <w:iCs/>
          <w:szCs w:val="20"/>
        </w:rPr>
        <w:t xml:space="preserve">Bu dokümanın basılı hali kontrolsüz doküman kabul edilmektedir. </w:t>
      </w:r>
    </w:p>
    <w:p w14:paraId="1F047208" w14:textId="77777777" w:rsidR="00E97993" w:rsidRPr="001100A4" w:rsidRDefault="00E97993" w:rsidP="00E97993">
      <w:pPr>
        <w:pStyle w:val="AltBilgi"/>
        <w:jc w:val="center"/>
        <w:rPr>
          <w:rFonts w:cs="Times New Roman"/>
          <w:szCs w:val="20"/>
        </w:rPr>
      </w:pPr>
      <w:r w:rsidRPr="001100A4">
        <w:rPr>
          <w:rFonts w:cs="Times New Roman"/>
          <w:i/>
          <w:iCs/>
          <w:szCs w:val="20"/>
        </w:rPr>
        <w:t>Lütfen web sitesinden en son versiyonuna ulaşınız.</w:t>
      </w:r>
    </w:p>
    <w:p w14:paraId="5ABEA7BB" w14:textId="77777777" w:rsidR="00E97993" w:rsidRDefault="00E97993" w:rsidP="008C400E">
      <w:pPr>
        <w:spacing w:before="240" w:after="60" w:line="240" w:lineRule="auto"/>
        <w:rPr>
          <w:b/>
          <w:sz w:val="22"/>
          <w:szCs w:val="24"/>
        </w:rPr>
      </w:pPr>
    </w:p>
    <w:p w14:paraId="036708FE" w14:textId="7435B026" w:rsidR="008C400E" w:rsidRPr="00465358" w:rsidRDefault="008C400E" w:rsidP="008C400E">
      <w:pPr>
        <w:spacing w:before="240" w:after="60" w:line="240" w:lineRule="auto"/>
        <w:rPr>
          <w:sz w:val="22"/>
          <w:szCs w:val="24"/>
        </w:rPr>
      </w:pPr>
      <w:r w:rsidRPr="00465358">
        <w:rPr>
          <w:b/>
          <w:sz w:val="22"/>
          <w:szCs w:val="24"/>
        </w:rPr>
        <w:lastRenderedPageBreak/>
        <w:t>B. ÖĞRENCİ BİLGİLERİ</w:t>
      </w:r>
    </w:p>
    <w:tbl>
      <w:tblPr>
        <w:tblStyle w:val="TabloKlavuzu"/>
        <w:tblW w:w="11222" w:type="dxa"/>
        <w:jc w:val="center"/>
        <w:tblLook w:val="04A0" w:firstRow="1" w:lastRow="0" w:firstColumn="1" w:lastColumn="0" w:noHBand="0" w:noVBand="1"/>
      </w:tblPr>
      <w:tblGrid>
        <w:gridCol w:w="3574"/>
        <w:gridCol w:w="7648"/>
      </w:tblGrid>
      <w:tr w:rsidR="008C400E" w:rsidRPr="00465358" w14:paraId="1535B24F" w14:textId="77777777" w:rsidTr="003F670F">
        <w:trPr>
          <w:trHeight w:val="256"/>
          <w:jc w:val="center"/>
        </w:trPr>
        <w:tc>
          <w:tcPr>
            <w:tcW w:w="3574" w:type="dxa"/>
            <w:shd w:val="clear" w:color="auto" w:fill="D9E2F3"/>
            <w:vAlign w:val="center"/>
          </w:tcPr>
          <w:p w14:paraId="22D09E44" w14:textId="77777777" w:rsidR="008C400E" w:rsidRPr="00465358" w:rsidRDefault="008C400E" w:rsidP="003F670F">
            <w:pPr>
              <w:rPr>
                <w:sz w:val="22"/>
                <w:szCs w:val="24"/>
              </w:rPr>
            </w:pPr>
            <w:r w:rsidRPr="00465358">
              <w:rPr>
                <w:b/>
                <w:szCs w:val="24"/>
              </w:rPr>
              <w:t>Adı Soyadı</w:t>
            </w:r>
          </w:p>
        </w:tc>
        <w:tc>
          <w:tcPr>
            <w:tcW w:w="7648" w:type="dxa"/>
            <w:vAlign w:val="center"/>
          </w:tcPr>
          <w:p w14:paraId="38544DB4" w14:textId="77777777" w:rsidR="008C400E" w:rsidRPr="00465358" w:rsidRDefault="008C400E" w:rsidP="003F670F">
            <w:pPr>
              <w:rPr>
                <w:sz w:val="22"/>
                <w:szCs w:val="24"/>
              </w:rPr>
            </w:pPr>
          </w:p>
        </w:tc>
      </w:tr>
      <w:tr w:rsidR="008C400E" w:rsidRPr="00465358" w14:paraId="6B44EA98" w14:textId="77777777" w:rsidTr="003F670F">
        <w:trPr>
          <w:trHeight w:val="256"/>
          <w:jc w:val="center"/>
        </w:trPr>
        <w:tc>
          <w:tcPr>
            <w:tcW w:w="3574" w:type="dxa"/>
            <w:shd w:val="clear" w:color="auto" w:fill="D9E2F3"/>
            <w:vAlign w:val="center"/>
          </w:tcPr>
          <w:p w14:paraId="480631DA" w14:textId="77777777" w:rsidR="008C400E" w:rsidRPr="00465358" w:rsidRDefault="008C400E" w:rsidP="003F670F">
            <w:pPr>
              <w:rPr>
                <w:sz w:val="22"/>
                <w:szCs w:val="24"/>
              </w:rPr>
            </w:pPr>
            <w:r w:rsidRPr="00465358">
              <w:rPr>
                <w:b/>
                <w:szCs w:val="24"/>
              </w:rPr>
              <w:t>T.C. Kimlik No</w:t>
            </w:r>
          </w:p>
        </w:tc>
        <w:tc>
          <w:tcPr>
            <w:tcW w:w="7648" w:type="dxa"/>
            <w:vAlign w:val="center"/>
          </w:tcPr>
          <w:p w14:paraId="30B35808" w14:textId="77777777" w:rsidR="008C400E" w:rsidRPr="00465358" w:rsidRDefault="008C400E" w:rsidP="003F670F">
            <w:pPr>
              <w:rPr>
                <w:sz w:val="22"/>
                <w:szCs w:val="24"/>
              </w:rPr>
            </w:pPr>
          </w:p>
        </w:tc>
      </w:tr>
      <w:tr w:rsidR="008C400E" w:rsidRPr="00465358" w14:paraId="38A21470" w14:textId="77777777" w:rsidTr="003F670F">
        <w:trPr>
          <w:trHeight w:val="256"/>
          <w:jc w:val="center"/>
        </w:trPr>
        <w:tc>
          <w:tcPr>
            <w:tcW w:w="3574" w:type="dxa"/>
            <w:shd w:val="clear" w:color="auto" w:fill="D9E2F3"/>
            <w:vAlign w:val="center"/>
          </w:tcPr>
          <w:p w14:paraId="4DE8B231" w14:textId="77777777" w:rsidR="008C400E" w:rsidRPr="00465358" w:rsidRDefault="008C400E" w:rsidP="003F670F">
            <w:pPr>
              <w:rPr>
                <w:sz w:val="22"/>
                <w:szCs w:val="24"/>
              </w:rPr>
            </w:pPr>
            <w:r w:rsidRPr="00465358">
              <w:rPr>
                <w:b/>
                <w:szCs w:val="24"/>
              </w:rPr>
              <w:t>Öğrenci No / Sınıf</w:t>
            </w:r>
          </w:p>
        </w:tc>
        <w:tc>
          <w:tcPr>
            <w:tcW w:w="7648" w:type="dxa"/>
            <w:vAlign w:val="center"/>
          </w:tcPr>
          <w:p w14:paraId="7308EE12" w14:textId="77777777" w:rsidR="008C400E" w:rsidRPr="00465358" w:rsidRDefault="008C400E" w:rsidP="003F670F">
            <w:pPr>
              <w:rPr>
                <w:sz w:val="22"/>
                <w:szCs w:val="24"/>
              </w:rPr>
            </w:pPr>
          </w:p>
        </w:tc>
      </w:tr>
      <w:tr w:rsidR="008C400E" w:rsidRPr="00465358" w14:paraId="1FFD905D" w14:textId="77777777" w:rsidTr="003F670F">
        <w:trPr>
          <w:trHeight w:val="256"/>
          <w:jc w:val="center"/>
        </w:trPr>
        <w:tc>
          <w:tcPr>
            <w:tcW w:w="3574" w:type="dxa"/>
            <w:shd w:val="clear" w:color="auto" w:fill="D9E2F3"/>
            <w:vAlign w:val="center"/>
          </w:tcPr>
          <w:p w14:paraId="3CF6D5BE" w14:textId="77777777" w:rsidR="008C400E" w:rsidRPr="00465358" w:rsidRDefault="008C400E" w:rsidP="003F670F">
            <w:pPr>
              <w:rPr>
                <w:sz w:val="22"/>
                <w:szCs w:val="24"/>
              </w:rPr>
            </w:pPr>
            <w:r w:rsidRPr="00465358">
              <w:rPr>
                <w:b/>
                <w:szCs w:val="24"/>
              </w:rPr>
              <w:t>Telefon / E-posta</w:t>
            </w:r>
          </w:p>
        </w:tc>
        <w:tc>
          <w:tcPr>
            <w:tcW w:w="7648" w:type="dxa"/>
            <w:vAlign w:val="center"/>
          </w:tcPr>
          <w:p w14:paraId="6472B7AF" w14:textId="77777777" w:rsidR="008C400E" w:rsidRPr="00465358" w:rsidRDefault="008C400E" w:rsidP="003F670F">
            <w:pPr>
              <w:rPr>
                <w:sz w:val="22"/>
                <w:szCs w:val="24"/>
              </w:rPr>
            </w:pPr>
          </w:p>
        </w:tc>
      </w:tr>
      <w:tr w:rsidR="008C400E" w:rsidRPr="00465358" w14:paraId="3C81F8F1" w14:textId="77777777" w:rsidTr="003F670F">
        <w:trPr>
          <w:trHeight w:val="256"/>
          <w:jc w:val="center"/>
        </w:trPr>
        <w:tc>
          <w:tcPr>
            <w:tcW w:w="3574" w:type="dxa"/>
            <w:shd w:val="clear" w:color="auto" w:fill="D9E2F3"/>
            <w:vAlign w:val="center"/>
          </w:tcPr>
          <w:p w14:paraId="5D9806D1" w14:textId="77777777" w:rsidR="008C400E" w:rsidRPr="00465358" w:rsidRDefault="008C400E" w:rsidP="003F670F">
            <w:pPr>
              <w:rPr>
                <w:sz w:val="22"/>
                <w:szCs w:val="24"/>
              </w:rPr>
            </w:pPr>
            <w:r w:rsidRPr="00465358">
              <w:rPr>
                <w:b/>
                <w:szCs w:val="24"/>
              </w:rPr>
              <w:t>İkamet Adresi</w:t>
            </w:r>
          </w:p>
        </w:tc>
        <w:tc>
          <w:tcPr>
            <w:tcW w:w="7648" w:type="dxa"/>
            <w:vAlign w:val="center"/>
          </w:tcPr>
          <w:p w14:paraId="2C4A6142" w14:textId="77777777" w:rsidR="008C400E" w:rsidRPr="00465358" w:rsidRDefault="008C400E" w:rsidP="003F670F">
            <w:pPr>
              <w:rPr>
                <w:sz w:val="22"/>
                <w:szCs w:val="24"/>
              </w:rPr>
            </w:pPr>
          </w:p>
        </w:tc>
      </w:tr>
      <w:tr w:rsidR="008C400E" w:rsidRPr="00465358" w14:paraId="4479949D" w14:textId="77777777" w:rsidTr="003F670F">
        <w:trPr>
          <w:trHeight w:val="229"/>
          <w:jc w:val="center"/>
        </w:trPr>
        <w:tc>
          <w:tcPr>
            <w:tcW w:w="3574" w:type="dxa"/>
            <w:shd w:val="clear" w:color="auto" w:fill="D9E2F3"/>
            <w:vAlign w:val="center"/>
          </w:tcPr>
          <w:p w14:paraId="613818D4" w14:textId="77777777" w:rsidR="008C400E" w:rsidRPr="00465358" w:rsidRDefault="008C400E" w:rsidP="003F670F">
            <w:pPr>
              <w:rPr>
                <w:sz w:val="22"/>
                <w:szCs w:val="24"/>
              </w:rPr>
            </w:pPr>
            <w:r w:rsidRPr="00465358">
              <w:rPr>
                <w:b/>
                <w:szCs w:val="24"/>
              </w:rPr>
              <w:t>Banka / IBAN (ücret ödemesi için)</w:t>
            </w:r>
          </w:p>
        </w:tc>
        <w:tc>
          <w:tcPr>
            <w:tcW w:w="7648" w:type="dxa"/>
            <w:vAlign w:val="center"/>
          </w:tcPr>
          <w:p w14:paraId="401D70B5" w14:textId="77777777" w:rsidR="008C400E" w:rsidRPr="00465358" w:rsidRDefault="008C400E" w:rsidP="003F670F">
            <w:pPr>
              <w:rPr>
                <w:sz w:val="22"/>
                <w:szCs w:val="24"/>
              </w:rPr>
            </w:pPr>
            <w:r w:rsidRPr="00465358">
              <w:rPr>
                <w:szCs w:val="24"/>
              </w:rPr>
              <w:t>TR</w:t>
            </w:r>
          </w:p>
        </w:tc>
      </w:tr>
      <w:tr w:rsidR="008C400E" w:rsidRPr="00465358" w14:paraId="79F85C78" w14:textId="77777777" w:rsidTr="003F670F">
        <w:trPr>
          <w:trHeight w:val="540"/>
          <w:jc w:val="center"/>
        </w:trPr>
        <w:tc>
          <w:tcPr>
            <w:tcW w:w="3574" w:type="dxa"/>
            <w:shd w:val="clear" w:color="auto" w:fill="D9E2F3"/>
            <w:vAlign w:val="center"/>
          </w:tcPr>
          <w:p w14:paraId="0747221B" w14:textId="77777777" w:rsidR="008C400E" w:rsidRPr="00465358" w:rsidRDefault="008C400E" w:rsidP="003F670F">
            <w:pPr>
              <w:rPr>
                <w:sz w:val="22"/>
                <w:szCs w:val="24"/>
              </w:rPr>
            </w:pPr>
            <w:r w:rsidRPr="00465358">
              <w:rPr>
                <w:b/>
                <w:szCs w:val="24"/>
              </w:rPr>
              <w:t>Eğitim-Öğretim Yılı / Yarıyıl</w:t>
            </w:r>
          </w:p>
        </w:tc>
        <w:tc>
          <w:tcPr>
            <w:tcW w:w="7648" w:type="dxa"/>
            <w:vAlign w:val="center"/>
          </w:tcPr>
          <w:p w14:paraId="4EF41BD5" w14:textId="77777777" w:rsidR="008C400E" w:rsidRPr="00465358" w:rsidRDefault="008C400E" w:rsidP="003F670F">
            <w:pPr>
              <w:rPr>
                <w:szCs w:val="24"/>
              </w:rPr>
            </w:pPr>
            <w:r w:rsidRPr="00465358">
              <w:rPr>
                <w:rFonts w:ascii="Segoe UI Symbol" w:hAnsi="Segoe UI Symbol" w:cs="Segoe UI Symbol"/>
                <w:szCs w:val="24"/>
              </w:rPr>
              <w:t>☐</w:t>
            </w:r>
            <w:r w:rsidRPr="00465358">
              <w:rPr>
                <w:szCs w:val="24"/>
              </w:rPr>
              <w:t xml:space="preserve"> ./../ 20.. G</w:t>
            </w:r>
            <w:r w:rsidRPr="00465358">
              <w:rPr>
                <w:rFonts w:cs="Times New Roman"/>
                <w:szCs w:val="24"/>
              </w:rPr>
              <w:t>ü</w:t>
            </w:r>
            <w:r w:rsidRPr="00465358">
              <w:rPr>
                <w:szCs w:val="24"/>
              </w:rPr>
              <w:t xml:space="preserve">z   </w:t>
            </w:r>
          </w:p>
          <w:p w14:paraId="05DC92CC" w14:textId="77777777" w:rsidR="008C400E" w:rsidRPr="00465358" w:rsidRDefault="008C400E" w:rsidP="003F670F">
            <w:pPr>
              <w:rPr>
                <w:sz w:val="22"/>
                <w:szCs w:val="24"/>
              </w:rPr>
            </w:pPr>
            <w:r w:rsidRPr="00465358">
              <w:rPr>
                <w:rFonts w:ascii="Segoe UI Symbol" w:hAnsi="Segoe UI Symbol" w:cs="Segoe UI Symbol"/>
                <w:szCs w:val="24"/>
              </w:rPr>
              <w:t>☐</w:t>
            </w:r>
            <w:r w:rsidRPr="00465358">
              <w:rPr>
                <w:szCs w:val="24"/>
              </w:rPr>
              <w:t xml:space="preserve"> ./../ 20.. Bahar</w:t>
            </w:r>
          </w:p>
        </w:tc>
      </w:tr>
    </w:tbl>
    <w:p w14:paraId="480068EB" w14:textId="773ED546" w:rsidR="008C400E" w:rsidRPr="00465358" w:rsidRDefault="008C400E" w:rsidP="008C400E">
      <w:pPr>
        <w:spacing w:before="240" w:after="60" w:line="240" w:lineRule="auto"/>
        <w:rPr>
          <w:sz w:val="22"/>
          <w:szCs w:val="24"/>
        </w:rPr>
      </w:pPr>
      <w:r w:rsidRPr="00465358">
        <w:rPr>
          <w:b/>
          <w:sz w:val="22"/>
          <w:szCs w:val="24"/>
        </w:rPr>
        <w:t>C. İŞLETME / SAĞLIK KURUMU BİLGİLERİ</w:t>
      </w:r>
    </w:p>
    <w:tbl>
      <w:tblPr>
        <w:tblStyle w:val="TabloKlavuzu"/>
        <w:tblW w:w="11282" w:type="dxa"/>
        <w:jc w:val="center"/>
        <w:tblLook w:val="04A0" w:firstRow="1" w:lastRow="0" w:firstColumn="1" w:lastColumn="0" w:noHBand="0" w:noVBand="1"/>
      </w:tblPr>
      <w:tblGrid>
        <w:gridCol w:w="3604"/>
        <w:gridCol w:w="7678"/>
      </w:tblGrid>
      <w:tr w:rsidR="008C400E" w:rsidRPr="00465358" w14:paraId="3A702968" w14:textId="77777777" w:rsidTr="003F670F">
        <w:trPr>
          <w:trHeight w:val="301"/>
          <w:jc w:val="center"/>
        </w:trPr>
        <w:tc>
          <w:tcPr>
            <w:tcW w:w="3604" w:type="dxa"/>
            <w:shd w:val="clear" w:color="auto" w:fill="D9E2F3"/>
            <w:vAlign w:val="center"/>
          </w:tcPr>
          <w:p w14:paraId="52C5ECFE" w14:textId="77777777" w:rsidR="008C400E" w:rsidRPr="00465358" w:rsidRDefault="008C400E" w:rsidP="003F670F">
            <w:pPr>
              <w:rPr>
                <w:sz w:val="22"/>
                <w:szCs w:val="24"/>
              </w:rPr>
            </w:pPr>
            <w:r w:rsidRPr="00465358">
              <w:rPr>
                <w:b/>
                <w:szCs w:val="24"/>
              </w:rPr>
              <w:t>Kurum / İşletme Adı</w:t>
            </w:r>
          </w:p>
        </w:tc>
        <w:tc>
          <w:tcPr>
            <w:tcW w:w="7678" w:type="dxa"/>
            <w:vAlign w:val="center"/>
          </w:tcPr>
          <w:p w14:paraId="0E219C26" w14:textId="77777777" w:rsidR="008C400E" w:rsidRPr="00465358" w:rsidRDefault="008C400E" w:rsidP="003F670F">
            <w:pPr>
              <w:rPr>
                <w:sz w:val="22"/>
                <w:szCs w:val="24"/>
              </w:rPr>
            </w:pPr>
            <w:r w:rsidRPr="00465358">
              <w:rPr>
                <w:szCs w:val="24"/>
              </w:rPr>
              <w:t xml:space="preserve">☐ Ordu İl Sağlık Müdürlüğü   </w:t>
            </w:r>
          </w:p>
        </w:tc>
      </w:tr>
      <w:tr w:rsidR="00145A93" w:rsidRPr="00465358" w14:paraId="78BC31BE" w14:textId="77777777" w:rsidTr="003F670F">
        <w:trPr>
          <w:trHeight w:val="301"/>
          <w:jc w:val="center"/>
        </w:trPr>
        <w:tc>
          <w:tcPr>
            <w:tcW w:w="3604" w:type="dxa"/>
            <w:shd w:val="clear" w:color="auto" w:fill="D9E2F3"/>
            <w:vAlign w:val="center"/>
          </w:tcPr>
          <w:p w14:paraId="1075E0AB" w14:textId="77777777" w:rsidR="004D6597" w:rsidRDefault="004D6597" w:rsidP="003F670F">
            <w:pPr>
              <w:rPr>
                <w:b/>
                <w:szCs w:val="24"/>
              </w:rPr>
            </w:pPr>
            <w:r w:rsidRPr="004D6597">
              <w:rPr>
                <w:b/>
                <w:szCs w:val="24"/>
              </w:rPr>
              <w:t xml:space="preserve">İşletmede </w:t>
            </w:r>
            <w:r w:rsidR="00022591" w:rsidRPr="004D6597">
              <w:rPr>
                <w:b/>
                <w:szCs w:val="24"/>
              </w:rPr>
              <w:t xml:space="preserve">Mesleki Eğitim </w:t>
            </w:r>
          </w:p>
          <w:p w14:paraId="2DBD8A7E" w14:textId="1EF3F7CB" w:rsidR="00145A93" w:rsidRPr="00465358" w:rsidRDefault="004D6597" w:rsidP="003F670F">
            <w:pPr>
              <w:rPr>
                <w:b/>
                <w:szCs w:val="24"/>
              </w:rPr>
            </w:pPr>
            <w:r w:rsidRPr="004D6597">
              <w:rPr>
                <w:b/>
                <w:szCs w:val="24"/>
              </w:rPr>
              <w:t xml:space="preserve">Uygulama </w:t>
            </w:r>
            <w:r w:rsidR="00022591" w:rsidRPr="004D6597">
              <w:rPr>
                <w:b/>
                <w:szCs w:val="24"/>
              </w:rPr>
              <w:t>Birimi</w:t>
            </w:r>
          </w:p>
        </w:tc>
        <w:tc>
          <w:tcPr>
            <w:tcW w:w="7678" w:type="dxa"/>
            <w:vAlign w:val="center"/>
          </w:tcPr>
          <w:p w14:paraId="5838F662" w14:textId="0C370EE1" w:rsidR="00145A93" w:rsidRDefault="00022591" w:rsidP="003F670F">
            <w:pPr>
              <w:rPr>
                <w:szCs w:val="24"/>
              </w:rPr>
            </w:pPr>
            <w:r w:rsidRPr="00465358">
              <w:rPr>
                <w:szCs w:val="24"/>
              </w:rPr>
              <w:t>☐</w:t>
            </w:r>
            <w:r>
              <w:rPr>
                <w:szCs w:val="24"/>
              </w:rPr>
              <w:t xml:space="preserve"> Ordu Devlet Hastanesi </w:t>
            </w:r>
            <w:r w:rsidR="004D6597">
              <w:rPr>
                <w:szCs w:val="24"/>
              </w:rPr>
              <w:t xml:space="preserve">                                         </w:t>
            </w:r>
            <w:r w:rsidR="00302E8C" w:rsidRPr="00465358">
              <w:rPr>
                <w:szCs w:val="24"/>
              </w:rPr>
              <w:t>☐</w:t>
            </w:r>
            <w:r w:rsidR="004D6597">
              <w:rPr>
                <w:szCs w:val="24"/>
              </w:rPr>
              <w:t>Altınordu İlçe Sağlık Müdürlüğü</w:t>
            </w:r>
          </w:p>
          <w:p w14:paraId="5B76D452" w14:textId="6EB90D9D" w:rsidR="004D6597" w:rsidRPr="00465358" w:rsidRDefault="004D6597" w:rsidP="003F670F">
            <w:pPr>
              <w:rPr>
                <w:szCs w:val="24"/>
              </w:rPr>
            </w:pPr>
            <w:r w:rsidRPr="00465358">
              <w:rPr>
                <w:szCs w:val="24"/>
              </w:rPr>
              <w:t>☐</w:t>
            </w:r>
            <w:r>
              <w:rPr>
                <w:szCs w:val="24"/>
              </w:rPr>
              <w:t xml:space="preserve"> Ordu Üniversitesi Eğitim Araştırma Hastanesi     </w:t>
            </w:r>
            <w:r w:rsidRPr="00465358">
              <w:rPr>
                <w:szCs w:val="24"/>
              </w:rPr>
              <w:t>☐</w:t>
            </w:r>
            <w:r>
              <w:rPr>
                <w:szCs w:val="24"/>
              </w:rPr>
              <w:t xml:space="preserve"> Diğer ………………………..</w:t>
            </w:r>
          </w:p>
        </w:tc>
      </w:tr>
      <w:tr w:rsidR="008C400E" w:rsidRPr="00465358" w14:paraId="4C32B35F" w14:textId="77777777" w:rsidTr="003F670F">
        <w:trPr>
          <w:trHeight w:val="286"/>
          <w:jc w:val="center"/>
        </w:trPr>
        <w:tc>
          <w:tcPr>
            <w:tcW w:w="3604" w:type="dxa"/>
            <w:shd w:val="clear" w:color="auto" w:fill="D9E2F3"/>
            <w:vAlign w:val="center"/>
          </w:tcPr>
          <w:p w14:paraId="7BF15F2F" w14:textId="77777777" w:rsidR="008C400E" w:rsidRPr="00465358" w:rsidRDefault="008C400E" w:rsidP="003F670F">
            <w:pPr>
              <w:rPr>
                <w:sz w:val="22"/>
                <w:szCs w:val="24"/>
              </w:rPr>
            </w:pPr>
            <w:r w:rsidRPr="00465358">
              <w:rPr>
                <w:b/>
                <w:szCs w:val="24"/>
              </w:rPr>
              <w:t>Adres</w:t>
            </w:r>
          </w:p>
        </w:tc>
        <w:tc>
          <w:tcPr>
            <w:tcW w:w="7678" w:type="dxa"/>
            <w:vAlign w:val="center"/>
          </w:tcPr>
          <w:p w14:paraId="75DD7732" w14:textId="77777777" w:rsidR="008C400E" w:rsidRPr="00465358" w:rsidRDefault="008C400E" w:rsidP="003F670F">
            <w:pPr>
              <w:rPr>
                <w:sz w:val="22"/>
                <w:szCs w:val="24"/>
              </w:rPr>
            </w:pPr>
          </w:p>
        </w:tc>
      </w:tr>
      <w:tr w:rsidR="008C400E" w:rsidRPr="00465358" w14:paraId="0AE3A41C" w14:textId="77777777" w:rsidTr="003F670F">
        <w:trPr>
          <w:trHeight w:val="286"/>
          <w:jc w:val="center"/>
        </w:trPr>
        <w:tc>
          <w:tcPr>
            <w:tcW w:w="3604" w:type="dxa"/>
            <w:shd w:val="clear" w:color="auto" w:fill="D9E2F3"/>
            <w:vAlign w:val="center"/>
          </w:tcPr>
          <w:p w14:paraId="5018273E" w14:textId="77777777" w:rsidR="008C400E" w:rsidRPr="00465358" w:rsidRDefault="008C400E" w:rsidP="003F670F">
            <w:pPr>
              <w:rPr>
                <w:sz w:val="22"/>
                <w:szCs w:val="24"/>
              </w:rPr>
            </w:pPr>
            <w:r w:rsidRPr="00465358">
              <w:rPr>
                <w:b/>
                <w:szCs w:val="24"/>
              </w:rPr>
              <w:t>Telefon / E-posta</w:t>
            </w:r>
          </w:p>
        </w:tc>
        <w:tc>
          <w:tcPr>
            <w:tcW w:w="7678" w:type="dxa"/>
            <w:vAlign w:val="center"/>
          </w:tcPr>
          <w:p w14:paraId="49A6464C" w14:textId="77777777" w:rsidR="008C400E" w:rsidRPr="00465358" w:rsidRDefault="008C400E" w:rsidP="003F670F">
            <w:pPr>
              <w:rPr>
                <w:sz w:val="22"/>
                <w:szCs w:val="24"/>
              </w:rPr>
            </w:pPr>
          </w:p>
        </w:tc>
      </w:tr>
      <w:tr w:rsidR="008C400E" w:rsidRPr="00465358" w14:paraId="5B23B8F9" w14:textId="77777777" w:rsidTr="003F670F">
        <w:trPr>
          <w:trHeight w:val="286"/>
          <w:jc w:val="center"/>
        </w:trPr>
        <w:tc>
          <w:tcPr>
            <w:tcW w:w="3604" w:type="dxa"/>
            <w:shd w:val="clear" w:color="auto" w:fill="D9E2F3"/>
            <w:vAlign w:val="center"/>
          </w:tcPr>
          <w:p w14:paraId="5A1B791F" w14:textId="77777777" w:rsidR="008C400E" w:rsidRPr="00465358" w:rsidRDefault="008C400E" w:rsidP="003F670F">
            <w:pPr>
              <w:rPr>
                <w:sz w:val="22"/>
                <w:szCs w:val="24"/>
              </w:rPr>
            </w:pPr>
            <w:r w:rsidRPr="00465358">
              <w:rPr>
                <w:b/>
                <w:szCs w:val="24"/>
              </w:rPr>
              <w:t>İşletme Yöneticisi – Adı Soyadı / Unvanı</w:t>
            </w:r>
          </w:p>
        </w:tc>
        <w:tc>
          <w:tcPr>
            <w:tcW w:w="7678" w:type="dxa"/>
            <w:vAlign w:val="center"/>
          </w:tcPr>
          <w:p w14:paraId="6B0287E1" w14:textId="77777777" w:rsidR="008C400E" w:rsidRPr="00465358" w:rsidRDefault="008C400E" w:rsidP="003F670F">
            <w:pPr>
              <w:rPr>
                <w:sz w:val="22"/>
                <w:szCs w:val="24"/>
              </w:rPr>
            </w:pPr>
          </w:p>
        </w:tc>
      </w:tr>
    </w:tbl>
    <w:p w14:paraId="047C1A94" w14:textId="5AF79F72" w:rsidR="008C400E" w:rsidRPr="00465358" w:rsidRDefault="008C400E" w:rsidP="008C400E">
      <w:pPr>
        <w:spacing w:before="240" w:after="60" w:line="240" w:lineRule="auto"/>
        <w:rPr>
          <w:sz w:val="22"/>
          <w:szCs w:val="24"/>
        </w:rPr>
      </w:pPr>
      <w:r w:rsidRPr="00465358">
        <w:rPr>
          <w:b/>
          <w:sz w:val="22"/>
          <w:szCs w:val="24"/>
        </w:rPr>
        <w:t>D. İŞLETMEDE MESLEKİ EĞİTİM BİLGİLERİ</w:t>
      </w:r>
    </w:p>
    <w:tbl>
      <w:tblPr>
        <w:tblStyle w:val="TabloKlavuzu"/>
        <w:tblW w:w="11198" w:type="dxa"/>
        <w:jc w:val="center"/>
        <w:tblLook w:val="04A0" w:firstRow="1" w:lastRow="0" w:firstColumn="1" w:lastColumn="0" w:noHBand="0" w:noVBand="1"/>
      </w:tblPr>
      <w:tblGrid>
        <w:gridCol w:w="3541"/>
        <w:gridCol w:w="3828"/>
        <w:gridCol w:w="3829"/>
      </w:tblGrid>
      <w:tr w:rsidR="008C400E" w:rsidRPr="00465358" w14:paraId="6F9E28C7" w14:textId="77777777" w:rsidTr="003F670F">
        <w:trPr>
          <w:trHeight w:val="219"/>
          <w:jc w:val="center"/>
        </w:trPr>
        <w:tc>
          <w:tcPr>
            <w:tcW w:w="3541" w:type="dxa"/>
            <w:shd w:val="clear" w:color="auto" w:fill="D9E2F3"/>
            <w:vAlign w:val="center"/>
          </w:tcPr>
          <w:p w14:paraId="28144562" w14:textId="77777777" w:rsidR="008C400E" w:rsidRPr="004D6597" w:rsidRDefault="008C400E" w:rsidP="003F670F">
            <w:pPr>
              <w:rPr>
                <w:sz w:val="22"/>
                <w:szCs w:val="24"/>
              </w:rPr>
            </w:pPr>
            <w:r w:rsidRPr="004D6597">
              <w:rPr>
                <w:b/>
                <w:szCs w:val="24"/>
              </w:rPr>
              <w:t>Başlama Tarihi</w:t>
            </w:r>
          </w:p>
        </w:tc>
        <w:tc>
          <w:tcPr>
            <w:tcW w:w="7657" w:type="dxa"/>
            <w:gridSpan w:val="2"/>
            <w:vAlign w:val="center"/>
          </w:tcPr>
          <w:p w14:paraId="2CB67B1F" w14:textId="77777777" w:rsidR="008C400E" w:rsidRPr="00465358" w:rsidRDefault="008C400E" w:rsidP="003F670F">
            <w:pPr>
              <w:rPr>
                <w:sz w:val="22"/>
                <w:szCs w:val="24"/>
              </w:rPr>
            </w:pPr>
            <w:r w:rsidRPr="00465358">
              <w:rPr>
                <w:szCs w:val="24"/>
              </w:rPr>
              <w:t>… / … / 20…</w:t>
            </w:r>
          </w:p>
        </w:tc>
      </w:tr>
      <w:tr w:rsidR="008C400E" w:rsidRPr="00465358" w14:paraId="658F1395" w14:textId="77777777" w:rsidTr="003F670F">
        <w:trPr>
          <w:trHeight w:val="219"/>
          <w:jc w:val="center"/>
        </w:trPr>
        <w:tc>
          <w:tcPr>
            <w:tcW w:w="3541" w:type="dxa"/>
            <w:shd w:val="clear" w:color="auto" w:fill="D9E2F3"/>
            <w:vAlign w:val="center"/>
          </w:tcPr>
          <w:p w14:paraId="218F564D" w14:textId="77777777" w:rsidR="008C400E" w:rsidRPr="004D6597" w:rsidRDefault="008C400E" w:rsidP="003F670F">
            <w:pPr>
              <w:rPr>
                <w:sz w:val="22"/>
                <w:szCs w:val="24"/>
              </w:rPr>
            </w:pPr>
            <w:r w:rsidRPr="004D6597">
              <w:rPr>
                <w:b/>
                <w:szCs w:val="24"/>
              </w:rPr>
              <w:t>Bitiş Tarihi</w:t>
            </w:r>
          </w:p>
        </w:tc>
        <w:tc>
          <w:tcPr>
            <w:tcW w:w="7657" w:type="dxa"/>
            <w:gridSpan w:val="2"/>
            <w:vAlign w:val="center"/>
          </w:tcPr>
          <w:p w14:paraId="12EE9321" w14:textId="77777777" w:rsidR="008C400E" w:rsidRPr="00465358" w:rsidRDefault="008C400E" w:rsidP="003F670F">
            <w:pPr>
              <w:rPr>
                <w:sz w:val="22"/>
                <w:szCs w:val="24"/>
              </w:rPr>
            </w:pPr>
            <w:r w:rsidRPr="00465358">
              <w:rPr>
                <w:szCs w:val="24"/>
              </w:rPr>
              <w:t>… / … / 20…</w:t>
            </w:r>
          </w:p>
        </w:tc>
      </w:tr>
      <w:tr w:rsidR="008C400E" w:rsidRPr="00465358" w14:paraId="271C3530" w14:textId="77777777" w:rsidTr="003F670F">
        <w:trPr>
          <w:trHeight w:val="219"/>
          <w:jc w:val="center"/>
        </w:trPr>
        <w:tc>
          <w:tcPr>
            <w:tcW w:w="3541" w:type="dxa"/>
            <w:shd w:val="clear" w:color="auto" w:fill="D9E2F3"/>
            <w:vAlign w:val="center"/>
          </w:tcPr>
          <w:p w14:paraId="3CEF169E" w14:textId="77777777" w:rsidR="008C400E" w:rsidRPr="00465358" w:rsidRDefault="008C400E" w:rsidP="003F670F">
            <w:pPr>
              <w:rPr>
                <w:sz w:val="22"/>
                <w:szCs w:val="24"/>
              </w:rPr>
            </w:pPr>
            <w:r w:rsidRPr="00465358">
              <w:rPr>
                <w:b/>
                <w:szCs w:val="24"/>
              </w:rPr>
              <w:t xml:space="preserve">Uygulama Günleri ve Saatleri </w:t>
            </w:r>
          </w:p>
        </w:tc>
        <w:tc>
          <w:tcPr>
            <w:tcW w:w="7657" w:type="dxa"/>
            <w:gridSpan w:val="2"/>
            <w:vAlign w:val="center"/>
          </w:tcPr>
          <w:p w14:paraId="3B437CEC" w14:textId="77777777" w:rsidR="008C400E" w:rsidRPr="00465358" w:rsidRDefault="008C400E" w:rsidP="003F670F">
            <w:pPr>
              <w:rPr>
                <w:sz w:val="22"/>
                <w:szCs w:val="24"/>
              </w:rPr>
            </w:pPr>
            <w:r w:rsidRPr="00465358">
              <w:rPr>
                <w:szCs w:val="24"/>
              </w:rPr>
              <w:t>Haftada 4 gün, 08.00-16.00</w:t>
            </w:r>
          </w:p>
        </w:tc>
      </w:tr>
      <w:tr w:rsidR="008C400E" w:rsidRPr="00465358" w14:paraId="4B723E8B" w14:textId="77777777" w:rsidTr="003F670F">
        <w:trPr>
          <w:trHeight w:val="219"/>
          <w:jc w:val="center"/>
        </w:trPr>
        <w:tc>
          <w:tcPr>
            <w:tcW w:w="3541" w:type="dxa"/>
            <w:shd w:val="clear" w:color="auto" w:fill="D9E2F3"/>
            <w:vAlign w:val="center"/>
          </w:tcPr>
          <w:p w14:paraId="003148E9" w14:textId="77777777" w:rsidR="008C400E" w:rsidRPr="00465358" w:rsidRDefault="008C400E" w:rsidP="003F670F">
            <w:pPr>
              <w:rPr>
                <w:sz w:val="22"/>
                <w:szCs w:val="24"/>
              </w:rPr>
            </w:pPr>
            <w:r w:rsidRPr="00465358">
              <w:rPr>
                <w:b/>
                <w:szCs w:val="24"/>
              </w:rPr>
              <w:t>Haftalık Uygulama Süresi</w:t>
            </w:r>
          </w:p>
        </w:tc>
        <w:tc>
          <w:tcPr>
            <w:tcW w:w="7657" w:type="dxa"/>
            <w:gridSpan w:val="2"/>
            <w:vAlign w:val="center"/>
          </w:tcPr>
          <w:p w14:paraId="7DC6B748" w14:textId="77777777" w:rsidR="008C400E" w:rsidRPr="00465358" w:rsidRDefault="008C400E" w:rsidP="003F670F">
            <w:pPr>
              <w:rPr>
                <w:sz w:val="22"/>
                <w:szCs w:val="24"/>
              </w:rPr>
            </w:pPr>
            <w:r w:rsidRPr="00465358">
              <w:rPr>
                <w:szCs w:val="24"/>
              </w:rPr>
              <w:t>32 saat</w:t>
            </w:r>
          </w:p>
        </w:tc>
      </w:tr>
      <w:tr w:rsidR="008C400E" w:rsidRPr="00465358" w14:paraId="191B5F1B" w14:textId="77777777" w:rsidTr="003F670F">
        <w:trPr>
          <w:trHeight w:val="219"/>
          <w:jc w:val="center"/>
        </w:trPr>
        <w:tc>
          <w:tcPr>
            <w:tcW w:w="3541" w:type="dxa"/>
            <w:shd w:val="clear" w:color="auto" w:fill="D9E2F3"/>
            <w:vAlign w:val="center"/>
          </w:tcPr>
          <w:p w14:paraId="78D6263F" w14:textId="77777777" w:rsidR="008C400E" w:rsidRPr="00465358" w:rsidRDefault="008C400E" w:rsidP="003F670F">
            <w:pPr>
              <w:rPr>
                <w:sz w:val="22"/>
                <w:szCs w:val="24"/>
              </w:rPr>
            </w:pPr>
            <w:r w:rsidRPr="00465358">
              <w:rPr>
                <w:b/>
                <w:szCs w:val="24"/>
              </w:rPr>
              <w:t>Teorik Ders</w:t>
            </w:r>
          </w:p>
        </w:tc>
        <w:tc>
          <w:tcPr>
            <w:tcW w:w="7657" w:type="dxa"/>
            <w:gridSpan w:val="2"/>
            <w:vAlign w:val="center"/>
          </w:tcPr>
          <w:p w14:paraId="4A86313A" w14:textId="77777777" w:rsidR="008C400E" w:rsidRPr="00465358" w:rsidRDefault="008C400E" w:rsidP="003F670F">
            <w:pPr>
              <w:rPr>
                <w:sz w:val="22"/>
                <w:szCs w:val="24"/>
              </w:rPr>
            </w:pPr>
            <w:r w:rsidRPr="00465358">
              <w:rPr>
                <w:szCs w:val="24"/>
              </w:rPr>
              <w:t>Haftada 2 saat</w:t>
            </w:r>
          </w:p>
        </w:tc>
      </w:tr>
      <w:tr w:rsidR="00022591" w:rsidRPr="00465358" w14:paraId="082EE45B" w14:textId="77777777" w:rsidTr="004D6597">
        <w:trPr>
          <w:trHeight w:val="88"/>
          <w:jc w:val="center"/>
        </w:trPr>
        <w:tc>
          <w:tcPr>
            <w:tcW w:w="3541" w:type="dxa"/>
            <w:shd w:val="clear" w:color="auto" w:fill="D9E2F3"/>
            <w:vAlign w:val="center"/>
          </w:tcPr>
          <w:p w14:paraId="5D56FAB9" w14:textId="59FE382D" w:rsidR="00022591" w:rsidRPr="00465358" w:rsidRDefault="00022591" w:rsidP="003F670F">
            <w:pPr>
              <w:rPr>
                <w:b/>
                <w:szCs w:val="24"/>
              </w:rPr>
            </w:pPr>
            <w:r w:rsidRPr="00465358">
              <w:rPr>
                <w:b/>
                <w:szCs w:val="24"/>
              </w:rPr>
              <w:t xml:space="preserve">İME </w:t>
            </w:r>
            <w:r w:rsidR="00EC02FC">
              <w:rPr>
                <w:b/>
                <w:szCs w:val="24"/>
              </w:rPr>
              <w:t>Dersi</w:t>
            </w:r>
          </w:p>
        </w:tc>
        <w:tc>
          <w:tcPr>
            <w:tcW w:w="3828" w:type="dxa"/>
            <w:tcBorders>
              <w:bottom w:val="single" w:sz="4" w:space="0" w:color="auto"/>
            </w:tcBorders>
            <w:vAlign w:val="center"/>
          </w:tcPr>
          <w:p w14:paraId="5D787D23" w14:textId="69582CFE" w:rsidR="00022591" w:rsidRPr="00022591" w:rsidRDefault="001D2C59" w:rsidP="003F670F">
            <w:pPr>
              <w:rPr>
                <w:b/>
                <w:bCs/>
                <w:szCs w:val="24"/>
              </w:rPr>
            </w:pPr>
            <w:r w:rsidRPr="00465358">
              <w:rPr>
                <w:szCs w:val="24"/>
              </w:rPr>
              <w:t>☐</w:t>
            </w:r>
            <w:r>
              <w:rPr>
                <w:szCs w:val="24"/>
              </w:rPr>
              <w:t xml:space="preserve"> </w:t>
            </w:r>
            <w:r w:rsidR="00022591" w:rsidRPr="00022591">
              <w:rPr>
                <w:b/>
                <w:bCs/>
                <w:szCs w:val="24"/>
              </w:rPr>
              <w:t>HEM 401</w:t>
            </w:r>
          </w:p>
        </w:tc>
        <w:tc>
          <w:tcPr>
            <w:tcW w:w="3829" w:type="dxa"/>
            <w:tcBorders>
              <w:bottom w:val="single" w:sz="4" w:space="0" w:color="auto"/>
            </w:tcBorders>
            <w:vAlign w:val="center"/>
          </w:tcPr>
          <w:p w14:paraId="6CDD7DC5" w14:textId="76C3074E" w:rsidR="00022591" w:rsidRPr="00022591" w:rsidRDefault="001D2C59" w:rsidP="003F670F">
            <w:pPr>
              <w:rPr>
                <w:b/>
                <w:bCs/>
                <w:szCs w:val="24"/>
              </w:rPr>
            </w:pPr>
            <w:r w:rsidRPr="00465358">
              <w:rPr>
                <w:szCs w:val="24"/>
              </w:rPr>
              <w:t>☐</w:t>
            </w:r>
            <w:r>
              <w:rPr>
                <w:szCs w:val="24"/>
              </w:rPr>
              <w:t xml:space="preserve"> </w:t>
            </w:r>
            <w:r w:rsidR="00022591" w:rsidRPr="00022591">
              <w:rPr>
                <w:b/>
                <w:bCs/>
                <w:szCs w:val="24"/>
              </w:rPr>
              <w:t>HEM 402</w:t>
            </w:r>
          </w:p>
        </w:tc>
      </w:tr>
      <w:tr w:rsidR="008D1C5D" w:rsidRPr="00465358" w14:paraId="3FF28ABB" w14:textId="77777777" w:rsidTr="004D6597">
        <w:trPr>
          <w:trHeight w:val="775"/>
          <w:jc w:val="center"/>
        </w:trPr>
        <w:tc>
          <w:tcPr>
            <w:tcW w:w="3541" w:type="dxa"/>
            <w:shd w:val="clear" w:color="auto" w:fill="D9E2F3"/>
            <w:vAlign w:val="center"/>
          </w:tcPr>
          <w:p w14:paraId="4A1C4AE7" w14:textId="07549EF4" w:rsidR="008D1C5D" w:rsidRPr="00465358" w:rsidRDefault="00EC02FC" w:rsidP="003F670F">
            <w:pPr>
              <w:rPr>
                <w:sz w:val="22"/>
                <w:szCs w:val="24"/>
              </w:rPr>
            </w:pPr>
            <w:r w:rsidRPr="00465358">
              <w:rPr>
                <w:b/>
                <w:szCs w:val="24"/>
              </w:rPr>
              <w:t>İME Alanı</w:t>
            </w:r>
          </w:p>
        </w:tc>
        <w:tc>
          <w:tcPr>
            <w:tcW w:w="3828" w:type="dxa"/>
            <w:tcBorders>
              <w:right w:val="nil"/>
            </w:tcBorders>
            <w:vAlign w:val="center"/>
          </w:tcPr>
          <w:p w14:paraId="3A724D52" w14:textId="6E25A14A" w:rsidR="008D1C5D" w:rsidRPr="00465358" w:rsidRDefault="008D1C5D" w:rsidP="003F670F">
            <w:pPr>
              <w:rPr>
                <w:szCs w:val="24"/>
              </w:rPr>
            </w:pPr>
            <w:r w:rsidRPr="00465358">
              <w:rPr>
                <w:szCs w:val="24"/>
              </w:rPr>
              <w:t>☐ İç Hastalıkları Hemşireliği                          ☐ Cerrahi Hastalıklar Hemşireliği</w:t>
            </w:r>
          </w:p>
          <w:p w14:paraId="1FF3ED65" w14:textId="5AC0FB0A" w:rsidR="008D1C5D" w:rsidRPr="00465358" w:rsidRDefault="008D1C5D" w:rsidP="003F670F">
            <w:pPr>
              <w:rPr>
                <w:szCs w:val="24"/>
              </w:rPr>
            </w:pPr>
            <w:r w:rsidRPr="00465358">
              <w:rPr>
                <w:szCs w:val="24"/>
              </w:rPr>
              <w:t xml:space="preserve">☐ Kadın Sağlığı ve Hastalıkları Hemşireliği  </w:t>
            </w:r>
          </w:p>
        </w:tc>
        <w:tc>
          <w:tcPr>
            <w:tcW w:w="3829" w:type="dxa"/>
            <w:tcBorders>
              <w:left w:val="nil"/>
            </w:tcBorders>
            <w:vAlign w:val="center"/>
          </w:tcPr>
          <w:p w14:paraId="1B3B33E0" w14:textId="5431B432" w:rsidR="008D1C5D" w:rsidRDefault="008D1C5D" w:rsidP="003F670F">
            <w:pPr>
              <w:rPr>
                <w:szCs w:val="24"/>
              </w:rPr>
            </w:pPr>
            <w:r w:rsidRPr="00465358">
              <w:rPr>
                <w:szCs w:val="24"/>
              </w:rPr>
              <w:t>☐</w:t>
            </w:r>
            <w:r w:rsidR="00C5580B">
              <w:rPr>
                <w:szCs w:val="24"/>
              </w:rPr>
              <w:t xml:space="preserve"> </w:t>
            </w:r>
            <w:r w:rsidRPr="00465358">
              <w:rPr>
                <w:szCs w:val="24"/>
              </w:rPr>
              <w:t>Çocuk Sağlığı ve Hastalıkları Hemşireliği</w:t>
            </w:r>
          </w:p>
          <w:p w14:paraId="65F69658" w14:textId="11DAB4E3" w:rsidR="008D1C5D" w:rsidRPr="00465358" w:rsidRDefault="008D1C5D" w:rsidP="003F670F">
            <w:pPr>
              <w:rPr>
                <w:szCs w:val="24"/>
              </w:rPr>
            </w:pPr>
            <w:r w:rsidRPr="00465358">
              <w:rPr>
                <w:szCs w:val="24"/>
              </w:rPr>
              <w:t>☐ Ruh Sağlığı ve Hastalıkları Hemşireliği    ☐ Halk Sağlığı ve Hastalıkları Hemşireliği</w:t>
            </w:r>
          </w:p>
        </w:tc>
      </w:tr>
    </w:tbl>
    <w:p w14:paraId="3AC71B17" w14:textId="77777777" w:rsidR="008C400E" w:rsidRPr="00465358" w:rsidRDefault="008C400E" w:rsidP="00B77F15">
      <w:pPr>
        <w:spacing w:after="40" w:line="240" w:lineRule="auto"/>
        <w:jc w:val="both"/>
        <w:rPr>
          <w:sz w:val="22"/>
          <w:szCs w:val="24"/>
        </w:rPr>
      </w:pPr>
    </w:p>
    <w:p w14:paraId="71AAA92E" w14:textId="41EB6EB6" w:rsidR="00700DFB" w:rsidRPr="00465358" w:rsidRDefault="008C400E" w:rsidP="008C400E">
      <w:pPr>
        <w:spacing w:after="0" w:line="240" w:lineRule="auto"/>
        <w:rPr>
          <w:sz w:val="22"/>
          <w:szCs w:val="24"/>
        </w:rPr>
      </w:pPr>
      <w:r w:rsidRPr="00465358">
        <w:rPr>
          <w:b/>
          <w:sz w:val="24"/>
          <w:szCs w:val="24"/>
        </w:rPr>
        <w:t>E.</w:t>
      </w:r>
      <w:r w:rsidR="0014516E" w:rsidRPr="00465358">
        <w:rPr>
          <w:b/>
          <w:sz w:val="24"/>
          <w:szCs w:val="24"/>
        </w:rPr>
        <w:t>TARAFLARIN ONAYI VE İMZALARI</w:t>
      </w:r>
    </w:p>
    <w:tbl>
      <w:tblPr>
        <w:tblStyle w:val="TabloKlavuzu"/>
        <w:tblW w:w="11365" w:type="dxa"/>
        <w:jc w:val="center"/>
        <w:tblLook w:val="04A0" w:firstRow="1" w:lastRow="0" w:firstColumn="1" w:lastColumn="0" w:noHBand="0" w:noVBand="1"/>
      </w:tblPr>
      <w:tblGrid>
        <w:gridCol w:w="3385"/>
        <w:gridCol w:w="4089"/>
        <w:gridCol w:w="3891"/>
      </w:tblGrid>
      <w:tr w:rsidR="002F6ED6" w:rsidRPr="00465358" w14:paraId="0759BE8C" w14:textId="70017899" w:rsidTr="008D16E7">
        <w:trPr>
          <w:trHeight w:val="774"/>
          <w:jc w:val="center"/>
        </w:trPr>
        <w:tc>
          <w:tcPr>
            <w:tcW w:w="3385" w:type="dxa"/>
            <w:shd w:val="clear" w:color="auto" w:fill="D9E2F3"/>
            <w:vAlign w:val="center"/>
          </w:tcPr>
          <w:p w14:paraId="6C729F78" w14:textId="12E6462A" w:rsidR="002F6ED6" w:rsidRPr="00465358" w:rsidRDefault="002F6ED6" w:rsidP="002F6ED6">
            <w:pPr>
              <w:rPr>
                <w:b/>
                <w:szCs w:val="24"/>
              </w:rPr>
            </w:pPr>
            <w:r w:rsidRPr="00465358">
              <w:rPr>
                <w:b/>
                <w:szCs w:val="24"/>
              </w:rPr>
              <w:t>ÖĞRENCİ</w:t>
            </w:r>
          </w:p>
        </w:tc>
        <w:tc>
          <w:tcPr>
            <w:tcW w:w="4089" w:type="dxa"/>
            <w:shd w:val="clear" w:color="auto" w:fill="D9E2F3"/>
            <w:vAlign w:val="center"/>
          </w:tcPr>
          <w:p w14:paraId="398CAD30" w14:textId="19C7465A" w:rsidR="002F6ED6" w:rsidRPr="00465358" w:rsidRDefault="002F6ED6" w:rsidP="002F6ED6">
            <w:pPr>
              <w:rPr>
                <w:sz w:val="22"/>
                <w:szCs w:val="24"/>
              </w:rPr>
            </w:pPr>
            <w:r w:rsidRPr="00465358">
              <w:rPr>
                <w:b/>
                <w:szCs w:val="24"/>
              </w:rPr>
              <w:t>İŞ</w:t>
            </w:r>
            <w:r>
              <w:rPr>
                <w:b/>
                <w:szCs w:val="24"/>
              </w:rPr>
              <w:t>VEREN</w:t>
            </w:r>
            <w:r w:rsidR="000B17F7">
              <w:rPr>
                <w:b/>
                <w:szCs w:val="24"/>
              </w:rPr>
              <w:t xml:space="preserve"> VEYA </w:t>
            </w:r>
            <w:r>
              <w:rPr>
                <w:b/>
                <w:szCs w:val="24"/>
              </w:rPr>
              <w:t xml:space="preserve">YETKİLİ </w:t>
            </w:r>
          </w:p>
        </w:tc>
        <w:tc>
          <w:tcPr>
            <w:tcW w:w="3891" w:type="dxa"/>
            <w:shd w:val="clear" w:color="auto" w:fill="D9E2F3"/>
            <w:vAlign w:val="center"/>
          </w:tcPr>
          <w:p w14:paraId="037C789A" w14:textId="1F9C7845" w:rsidR="002F6ED6" w:rsidRPr="00465358" w:rsidRDefault="002F6ED6" w:rsidP="002F6ED6">
            <w:pPr>
              <w:rPr>
                <w:b/>
                <w:szCs w:val="24"/>
              </w:rPr>
            </w:pPr>
            <w:r w:rsidRPr="00465358">
              <w:rPr>
                <w:b/>
                <w:szCs w:val="24"/>
              </w:rPr>
              <w:t>FAKÜLTE</w:t>
            </w:r>
            <w:r w:rsidR="006279C6">
              <w:rPr>
                <w:b/>
                <w:szCs w:val="24"/>
              </w:rPr>
              <w:t xml:space="preserve"> DEKANI</w:t>
            </w:r>
          </w:p>
        </w:tc>
      </w:tr>
      <w:tr w:rsidR="002F6ED6" w:rsidRPr="00465358" w14:paraId="0BA4D4FD" w14:textId="0A9B26BC" w:rsidTr="008D16E7">
        <w:trPr>
          <w:trHeight w:val="1639"/>
          <w:jc w:val="center"/>
        </w:trPr>
        <w:tc>
          <w:tcPr>
            <w:tcW w:w="3385" w:type="dxa"/>
            <w:vAlign w:val="center"/>
          </w:tcPr>
          <w:p w14:paraId="3BD9413F" w14:textId="271E71E8" w:rsidR="002F6ED6" w:rsidRPr="00465358" w:rsidRDefault="002F6ED6" w:rsidP="002F6ED6">
            <w:pPr>
              <w:rPr>
                <w:szCs w:val="24"/>
              </w:rPr>
            </w:pPr>
            <w:r w:rsidRPr="00465358">
              <w:rPr>
                <w:szCs w:val="24"/>
              </w:rPr>
              <w:t>Adı Soyadı:</w:t>
            </w:r>
            <w:r w:rsidRPr="00465358">
              <w:rPr>
                <w:szCs w:val="24"/>
              </w:rPr>
              <w:br/>
              <w:t>Öğrenci No:</w:t>
            </w:r>
            <w:r w:rsidRPr="00465358">
              <w:rPr>
                <w:szCs w:val="24"/>
              </w:rPr>
              <w:br/>
              <w:t>Tarih:</w:t>
            </w:r>
            <w:r w:rsidRPr="00465358">
              <w:rPr>
                <w:szCs w:val="24"/>
              </w:rPr>
              <w:br/>
              <w:t>İmza:</w:t>
            </w:r>
          </w:p>
        </w:tc>
        <w:tc>
          <w:tcPr>
            <w:tcW w:w="4089" w:type="dxa"/>
            <w:vAlign w:val="center"/>
          </w:tcPr>
          <w:p w14:paraId="41C317F0" w14:textId="61FA57F5" w:rsidR="002F6ED6" w:rsidRPr="00465358" w:rsidRDefault="002F6ED6" w:rsidP="002F6ED6">
            <w:pPr>
              <w:rPr>
                <w:sz w:val="22"/>
                <w:szCs w:val="24"/>
              </w:rPr>
            </w:pPr>
            <w:r w:rsidRPr="00465358">
              <w:rPr>
                <w:szCs w:val="24"/>
              </w:rPr>
              <w:t>İşletme Yöneticisi / Yetkili</w:t>
            </w:r>
            <w:r w:rsidRPr="00465358">
              <w:rPr>
                <w:szCs w:val="24"/>
              </w:rPr>
              <w:br/>
              <w:t>Adı Soyadı:</w:t>
            </w:r>
            <w:r w:rsidRPr="00465358">
              <w:rPr>
                <w:szCs w:val="24"/>
              </w:rPr>
              <w:br/>
            </w:r>
            <w:r w:rsidR="000B17F7">
              <w:rPr>
                <w:szCs w:val="24"/>
              </w:rPr>
              <w:t>Görevi</w:t>
            </w:r>
            <w:r w:rsidRPr="00465358">
              <w:rPr>
                <w:szCs w:val="24"/>
              </w:rPr>
              <w:t>:</w:t>
            </w:r>
            <w:r w:rsidRPr="00465358">
              <w:rPr>
                <w:szCs w:val="24"/>
              </w:rPr>
              <w:br/>
              <w:t>Tarih:</w:t>
            </w:r>
            <w:r w:rsidRPr="00465358">
              <w:rPr>
                <w:szCs w:val="24"/>
              </w:rPr>
              <w:br/>
              <w:t>İmza / Kaşe:</w:t>
            </w:r>
          </w:p>
        </w:tc>
        <w:tc>
          <w:tcPr>
            <w:tcW w:w="3891" w:type="dxa"/>
            <w:vAlign w:val="center"/>
          </w:tcPr>
          <w:p w14:paraId="7D29A620" w14:textId="183C45E4" w:rsidR="002F6ED6" w:rsidRPr="00465358" w:rsidRDefault="002F6ED6" w:rsidP="002F6ED6">
            <w:pPr>
              <w:rPr>
                <w:szCs w:val="24"/>
              </w:rPr>
            </w:pPr>
            <w:r w:rsidRPr="00465358">
              <w:rPr>
                <w:szCs w:val="24"/>
              </w:rPr>
              <w:t>Dekan</w:t>
            </w:r>
            <w:r w:rsidRPr="00465358">
              <w:rPr>
                <w:szCs w:val="24"/>
              </w:rPr>
              <w:br/>
              <w:t>Adı Soyadı:</w:t>
            </w:r>
            <w:r w:rsidRPr="00465358">
              <w:rPr>
                <w:szCs w:val="24"/>
              </w:rPr>
              <w:br/>
              <w:t>Tarih:</w:t>
            </w:r>
            <w:r w:rsidRPr="00465358">
              <w:rPr>
                <w:szCs w:val="24"/>
              </w:rPr>
              <w:br/>
              <w:t xml:space="preserve">İmza / </w:t>
            </w:r>
            <w:r w:rsidR="00912CC5">
              <w:rPr>
                <w:szCs w:val="24"/>
              </w:rPr>
              <w:t>Kaşe</w:t>
            </w:r>
            <w:r w:rsidRPr="00465358">
              <w:rPr>
                <w:szCs w:val="24"/>
              </w:rPr>
              <w:t>:</w:t>
            </w:r>
          </w:p>
        </w:tc>
      </w:tr>
    </w:tbl>
    <w:p w14:paraId="1E6155EC" w14:textId="4AA4B033" w:rsidR="00700DFB" w:rsidRDefault="00700DFB" w:rsidP="008E587C">
      <w:pPr>
        <w:spacing w:after="0" w:line="240" w:lineRule="auto"/>
      </w:pPr>
    </w:p>
    <w:p w14:paraId="705950F7" w14:textId="77777777" w:rsidR="00FF1165" w:rsidRDefault="00FF1165" w:rsidP="008E587C">
      <w:pPr>
        <w:spacing w:after="0" w:line="240" w:lineRule="auto"/>
      </w:pPr>
    </w:p>
    <w:p w14:paraId="3B9C5093" w14:textId="62624739" w:rsidR="00FF1165" w:rsidRDefault="00FF1165" w:rsidP="008E587C">
      <w:pPr>
        <w:spacing w:after="0" w:line="240" w:lineRule="auto"/>
      </w:pPr>
      <w:r>
        <w:t>PP.2.2.FR.001</w:t>
      </w:r>
      <w:r w:rsidR="00573151">
        <w:t>8</w:t>
      </w:r>
      <w:r>
        <w:t>, R0 EYLÜL 2026</w:t>
      </w:r>
      <w:r w:rsidR="00257D7B">
        <w:t xml:space="preserve">                                                                                                                                     </w:t>
      </w:r>
      <w:r w:rsidR="00257D7B" w:rsidRPr="00E97993">
        <w:rPr>
          <w:b/>
          <w:bCs/>
        </w:rPr>
        <w:t xml:space="preserve">5/5                                                                                    </w:t>
      </w:r>
    </w:p>
    <w:p w14:paraId="29C4290F" w14:textId="02B180A4" w:rsidR="00C618A2" w:rsidRDefault="00257D7B" w:rsidP="008E587C">
      <w:pPr>
        <w:spacing w:after="0" w:line="240" w:lineRule="auto"/>
      </w:pPr>
      <w:r>
        <w:t xml:space="preserve"> </w:t>
      </w:r>
    </w:p>
    <w:p w14:paraId="5F76C6DE" w14:textId="77777777" w:rsidR="00C618A2" w:rsidRDefault="00C618A2" w:rsidP="008E587C">
      <w:pPr>
        <w:spacing w:after="0" w:line="240" w:lineRule="auto"/>
      </w:pPr>
    </w:p>
    <w:p w14:paraId="32D21CED" w14:textId="77777777" w:rsidR="00C618A2" w:rsidRDefault="00C618A2" w:rsidP="008E587C">
      <w:pPr>
        <w:spacing w:after="0" w:line="240" w:lineRule="auto"/>
      </w:pPr>
    </w:p>
    <w:p w14:paraId="42CBE06F" w14:textId="77777777" w:rsidR="00C618A2" w:rsidRPr="001100A4" w:rsidRDefault="00C618A2" w:rsidP="00C618A2">
      <w:pPr>
        <w:pStyle w:val="AltBilgi"/>
        <w:tabs>
          <w:tab w:val="left" w:pos="3143"/>
        </w:tabs>
        <w:jc w:val="center"/>
        <w:rPr>
          <w:rFonts w:cs="Times New Roman"/>
          <w:i/>
          <w:iCs/>
          <w:szCs w:val="20"/>
        </w:rPr>
      </w:pPr>
      <w:r w:rsidRPr="001100A4">
        <w:rPr>
          <w:rFonts w:cs="Times New Roman"/>
          <w:i/>
          <w:iCs/>
          <w:szCs w:val="20"/>
        </w:rPr>
        <w:t xml:space="preserve">Bu dokümanın basılı hali kontrolsüz doküman kabul edilmektedir. </w:t>
      </w:r>
    </w:p>
    <w:p w14:paraId="226DE1EF" w14:textId="77777777" w:rsidR="00C618A2" w:rsidRPr="001100A4" w:rsidRDefault="00C618A2" w:rsidP="00C618A2">
      <w:pPr>
        <w:pStyle w:val="AltBilgi"/>
        <w:jc w:val="center"/>
        <w:rPr>
          <w:rFonts w:cs="Times New Roman"/>
          <w:szCs w:val="20"/>
        </w:rPr>
      </w:pPr>
      <w:r w:rsidRPr="001100A4">
        <w:rPr>
          <w:rFonts w:cs="Times New Roman"/>
          <w:i/>
          <w:iCs/>
          <w:szCs w:val="20"/>
        </w:rPr>
        <w:t>Lütfen web sitesinden en son versiyonuna ulaşınız.</w:t>
      </w:r>
    </w:p>
    <w:p w14:paraId="1293951B" w14:textId="77777777" w:rsidR="00C618A2" w:rsidRDefault="00C618A2" w:rsidP="008E587C">
      <w:pPr>
        <w:spacing w:after="0" w:line="240" w:lineRule="auto"/>
      </w:pPr>
    </w:p>
    <w:sectPr w:rsidR="00C618A2" w:rsidSect="00E97993">
      <w:headerReference w:type="even" r:id="rId8"/>
      <w:headerReference w:type="default" r:id="rId9"/>
      <w:footerReference w:type="even" r:id="rId10"/>
      <w:footerReference w:type="default" r:id="rId11"/>
      <w:headerReference w:type="first" r:id="rId12"/>
      <w:footerReference w:type="first" r:id="rId13"/>
      <w:pgSz w:w="11906" w:h="16838" w:code="9"/>
      <w:pgMar w:top="850" w:right="964" w:bottom="850" w:left="964" w:header="0" w:footer="3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50E2A" w14:textId="77777777" w:rsidR="00816575" w:rsidRDefault="00816575">
      <w:pPr>
        <w:spacing w:after="0" w:line="240" w:lineRule="auto"/>
      </w:pPr>
      <w:r>
        <w:separator/>
      </w:r>
    </w:p>
  </w:endnote>
  <w:endnote w:type="continuationSeparator" w:id="0">
    <w:p w14:paraId="137B462B" w14:textId="77777777" w:rsidR="00816575" w:rsidRDefault="008165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85727" w14:textId="77777777" w:rsidR="00E97993" w:rsidRDefault="00E97993">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C3408" w14:textId="77777777" w:rsidR="00700DFB" w:rsidRDefault="0014516E">
    <w:pPr>
      <w:pStyle w:val="AltBilgi"/>
      <w:jc w:val="center"/>
    </w:pPr>
    <w:r>
      <w:rPr>
        <w:sz w:val="16"/>
      </w:rPr>
      <w:t>İşletmede Mesleki Eğitim Sözleşmesi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D6E39" w14:textId="77777777" w:rsidR="00E97993" w:rsidRDefault="00E9799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BA214" w14:textId="77777777" w:rsidR="00816575" w:rsidRDefault="00816575">
      <w:pPr>
        <w:spacing w:after="0" w:line="240" w:lineRule="auto"/>
      </w:pPr>
      <w:r>
        <w:separator/>
      </w:r>
    </w:p>
  </w:footnote>
  <w:footnote w:type="continuationSeparator" w:id="0">
    <w:p w14:paraId="5568DC64" w14:textId="77777777" w:rsidR="00816575" w:rsidRDefault="008165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D2909" w14:textId="77777777" w:rsidR="00E97993" w:rsidRDefault="00E97993">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A8A65" w14:textId="36E0242A" w:rsidR="00700DFB" w:rsidRDefault="00700DFB">
    <w:pPr>
      <w:pStyle w:val="stBilgi"/>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E7BFC" w14:textId="77777777" w:rsidR="00E97993" w:rsidRDefault="00E97993">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046372818">
    <w:abstractNumId w:val="8"/>
  </w:num>
  <w:num w:numId="2" w16cid:durableId="632102099">
    <w:abstractNumId w:val="6"/>
  </w:num>
  <w:num w:numId="3" w16cid:durableId="1982226076">
    <w:abstractNumId w:val="5"/>
  </w:num>
  <w:num w:numId="4" w16cid:durableId="166946250">
    <w:abstractNumId w:val="4"/>
  </w:num>
  <w:num w:numId="5" w16cid:durableId="1712728238">
    <w:abstractNumId w:val="7"/>
  </w:num>
  <w:num w:numId="6" w16cid:durableId="1115052710">
    <w:abstractNumId w:val="3"/>
  </w:num>
  <w:num w:numId="7" w16cid:durableId="1354302943">
    <w:abstractNumId w:val="2"/>
  </w:num>
  <w:num w:numId="8" w16cid:durableId="115150723">
    <w:abstractNumId w:val="1"/>
  </w:num>
  <w:num w:numId="9" w16cid:durableId="8011921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720D"/>
    <w:rsid w:val="00022591"/>
    <w:rsid w:val="00023261"/>
    <w:rsid w:val="00034616"/>
    <w:rsid w:val="0006063C"/>
    <w:rsid w:val="00064931"/>
    <w:rsid w:val="00067CCF"/>
    <w:rsid w:val="000969CD"/>
    <w:rsid w:val="000B17F7"/>
    <w:rsid w:val="000E0D7D"/>
    <w:rsid w:val="00115EFE"/>
    <w:rsid w:val="00142FFB"/>
    <w:rsid w:val="0014516E"/>
    <w:rsid w:val="00145A93"/>
    <w:rsid w:val="0015074B"/>
    <w:rsid w:val="001650D4"/>
    <w:rsid w:val="001918F2"/>
    <w:rsid w:val="001D2C59"/>
    <w:rsid w:val="002412DA"/>
    <w:rsid w:val="002431FE"/>
    <w:rsid w:val="00257D7B"/>
    <w:rsid w:val="0027107B"/>
    <w:rsid w:val="0029639D"/>
    <w:rsid w:val="002F4724"/>
    <w:rsid w:val="002F6ED6"/>
    <w:rsid w:val="00302E8C"/>
    <w:rsid w:val="00326F90"/>
    <w:rsid w:val="00341F28"/>
    <w:rsid w:val="00350E46"/>
    <w:rsid w:val="00372617"/>
    <w:rsid w:val="0038191C"/>
    <w:rsid w:val="003A0F73"/>
    <w:rsid w:val="003A53DC"/>
    <w:rsid w:val="003A5871"/>
    <w:rsid w:val="0040489B"/>
    <w:rsid w:val="004157B9"/>
    <w:rsid w:val="0042249C"/>
    <w:rsid w:val="00434791"/>
    <w:rsid w:val="00465358"/>
    <w:rsid w:val="004709E7"/>
    <w:rsid w:val="00485F22"/>
    <w:rsid w:val="00486375"/>
    <w:rsid w:val="004B4AC0"/>
    <w:rsid w:val="004D6597"/>
    <w:rsid w:val="00500D43"/>
    <w:rsid w:val="005015A6"/>
    <w:rsid w:val="0050543B"/>
    <w:rsid w:val="005154FA"/>
    <w:rsid w:val="005517AF"/>
    <w:rsid w:val="00571E67"/>
    <w:rsid w:val="00573151"/>
    <w:rsid w:val="00585282"/>
    <w:rsid w:val="00604949"/>
    <w:rsid w:val="00610256"/>
    <w:rsid w:val="00621E5B"/>
    <w:rsid w:val="006279C6"/>
    <w:rsid w:val="006C47DC"/>
    <w:rsid w:val="006C5D6F"/>
    <w:rsid w:val="006E21A8"/>
    <w:rsid w:val="00700DFB"/>
    <w:rsid w:val="007A7A54"/>
    <w:rsid w:val="00816575"/>
    <w:rsid w:val="008400E2"/>
    <w:rsid w:val="00863E8D"/>
    <w:rsid w:val="008A5712"/>
    <w:rsid w:val="008C400E"/>
    <w:rsid w:val="008D16E7"/>
    <w:rsid w:val="008D1C5D"/>
    <w:rsid w:val="008D4F99"/>
    <w:rsid w:val="008E587C"/>
    <w:rsid w:val="008F366D"/>
    <w:rsid w:val="008F7BE0"/>
    <w:rsid w:val="00912CC5"/>
    <w:rsid w:val="00971C2D"/>
    <w:rsid w:val="009954A1"/>
    <w:rsid w:val="00996BAC"/>
    <w:rsid w:val="009F6D4D"/>
    <w:rsid w:val="00A2506C"/>
    <w:rsid w:val="00A33778"/>
    <w:rsid w:val="00A6647C"/>
    <w:rsid w:val="00AA1D8D"/>
    <w:rsid w:val="00AE5CB8"/>
    <w:rsid w:val="00B25108"/>
    <w:rsid w:val="00B42F7C"/>
    <w:rsid w:val="00B47730"/>
    <w:rsid w:val="00B61DB8"/>
    <w:rsid w:val="00B62793"/>
    <w:rsid w:val="00B77F15"/>
    <w:rsid w:val="00BC2A84"/>
    <w:rsid w:val="00BC5F00"/>
    <w:rsid w:val="00BE6B9B"/>
    <w:rsid w:val="00BF1DF8"/>
    <w:rsid w:val="00C22B7C"/>
    <w:rsid w:val="00C5580B"/>
    <w:rsid w:val="00C618A2"/>
    <w:rsid w:val="00CA0A0B"/>
    <w:rsid w:val="00CB0664"/>
    <w:rsid w:val="00CE677D"/>
    <w:rsid w:val="00D52357"/>
    <w:rsid w:val="00DF5C2E"/>
    <w:rsid w:val="00E006AA"/>
    <w:rsid w:val="00E02232"/>
    <w:rsid w:val="00E57A0C"/>
    <w:rsid w:val="00E97993"/>
    <w:rsid w:val="00EC02FC"/>
    <w:rsid w:val="00ED499F"/>
    <w:rsid w:val="00EE5102"/>
    <w:rsid w:val="00F6393B"/>
    <w:rsid w:val="00F95B7D"/>
    <w:rsid w:val="00FC693F"/>
    <w:rsid w:val="00FD52B2"/>
    <w:rsid w:val="00FF11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11690A"/>
  <w14:defaultImageDpi w14:val="300"/>
  <w15:docId w15:val="{A833F09C-9922-43C7-85F2-4A8A13760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2357"/>
    <w:rPr>
      <w:rFonts w:ascii="Times New Roman" w:eastAsia="Times New Roman" w:hAnsi="Times New Roman"/>
      <w:sz w:val="20"/>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2560</Words>
  <Characters>14593</Characters>
  <Application>Microsoft Office Word</Application>
  <DocSecurity>0</DocSecurity>
  <Lines>121</Lines>
  <Paragraphs>34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17119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Beyzanur TOPALLI</dc:creator>
  <cp:keywords/>
  <dc:description>generated by python-docx</dc:description>
  <cp:lastModifiedBy>Yılmaz DEPE</cp:lastModifiedBy>
  <cp:revision>4</cp:revision>
  <cp:lastPrinted>2026-09-01T09:46:00Z</cp:lastPrinted>
  <dcterms:created xsi:type="dcterms:W3CDTF">2026-09-24T11:28:00Z</dcterms:created>
  <dcterms:modified xsi:type="dcterms:W3CDTF">2026-09-24T11:34:00Z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bacc70ae-1954-4b75-9029-b074297132fa</vt:lpwstr>
  </property>
</Properties>
</file>