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C22E5" w14:textId="1B3E93B7" w:rsidR="00B22E20" w:rsidRPr="00E72278" w:rsidRDefault="004D5AF4">
      <w:pPr>
        <w:jc w:val="center"/>
        <w:rPr>
          <w:rFonts w:cs="Times New Roman"/>
          <w:sz w:val="20"/>
          <w:szCs w:val="20"/>
        </w:rPr>
      </w:pPr>
      <w:r w:rsidRPr="00E72278">
        <w:rPr>
          <w:rFonts w:cs="Times New Roman"/>
          <w:b/>
          <w:sz w:val="20"/>
          <w:szCs w:val="20"/>
        </w:rPr>
        <w:t>T.C.</w:t>
      </w:r>
    </w:p>
    <w:p w14:paraId="786395F6" w14:textId="77777777" w:rsidR="00B22E20" w:rsidRPr="00E72278" w:rsidRDefault="004D5AF4">
      <w:pPr>
        <w:jc w:val="center"/>
        <w:rPr>
          <w:rFonts w:cs="Times New Roman"/>
          <w:sz w:val="20"/>
          <w:szCs w:val="20"/>
        </w:rPr>
      </w:pPr>
      <w:r w:rsidRPr="00E72278">
        <w:rPr>
          <w:rFonts w:cs="Times New Roman"/>
          <w:b/>
          <w:sz w:val="20"/>
          <w:szCs w:val="20"/>
        </w:rPr>
        <w:t>ORDU ÜNİVERSİTESİ</w:t>
      </w:r>
    </w:p>
    <w:p w14:paraId="1F7CF86D" w14:textId="77777777" w:rsidR="00B22E20" w:rsidRPr="00E72278" w:rsidRDefault="004D5AF4">
      <w:pPr>
        <w:jc w:val="center"/>
        <w:rPr>
          <w:rFonts w:cs="Times New Roman"/>
          <w:sz w:val="20"/>
          <w:szCs w:val="20"/>
        </w:rPr>
      </w:pPr>
      <w:r w:rsidRPr="00E72278">
        <w:rPr>
          <w:rFonts w:cs="Times New Roman"/>
          <w:b/>
          <w:sz w:val="20"/>
          <w:szCs w:val="20"/>
        </w:rPr>
        <w:t>SAĞLIK BİLİMLERİ FAKÜLTESİ</w:t>
      </w:r>
    </w:p>
    <w:p w14:paraId="18534365" w14:textId="77777777" w:rsidR="00B22E20" w:rsidRPr="00E72278" w:rsidRDefault="004D5AF4">
      <w:pPr>
        <w:jc w:val="center"/>
        <w:rPr>
          <w:rFonts w:cs="Times New Roman"/>
          <w:b/>
          <w:sz w:val="20"/>
          <w:szCs w:val="20"/>
        </w:rPr>
      </w:pPr>
      <w:r w:rsidRPr="00E72278">
        <w:rPr>
          <w:rFonts w:cs="Times New Roman"/>
          <w:b/>
          <w:sz w:val="20"/>
          <w:szCs w:val="20"/>
        </w:rPr>
        <w:t>HEMŞİRELİK BÖLÜMÜ</w:t>
      </w:r>
    </w:p>
    <w:p w14:paraId="41271893" w14:textId="7F41E11A" w:rsidR="0041345B" w:rsidRPr="00E72278" w:rsidRDefault="0041345B">
      <w:pPr>
        <w:jc w:val="center"/>
        <w:rPr>
          <w:rFonts w:cs="Times New Roman"/>
          <w:sz w:val="20"/>
          <w:szCs w:val="20"/>
        </w:rPr>
      </w:pPr>
      <w:r w:rsidRPr="00E72278">
        <w:rPr>
          <w:rFonts w:cs="Times New Roman"/>
          <w:b/>
          <w:sz w:val="20"/>
          <w:szCs w:val="20"/>
        </w:rPr>
        <w:t>İŞLETMEDE MESLEKİ EĞİTİM</w:t>
      </w:r>
    </w:p>
    <w:p w14:paraId="4D4D2C58" w14:textId="77777777" w:rsidR="00B22E20" w:rsidRPr="00E72278" w:rsidRDefault="004D5AF4">
      <w:pPr>
        <w:jc w:val="center"/>
        <w:rPr>
          <w:rFonts w:cs="Times New Roman"/>
          <w:sz w:val="20"/>
          <w:szCs w:val="20"/>
        </w:rPr>
      </w:pPr>
      <w:r w:rsidRPr="00E72278">
        <w:rPr>
          <w:rFonts w:cs="Times New Roman"/>
          <w:b/>
          <w:sz w:val="20"/>
          <w:szCs w:val="20"/>
        </w:rPr>
        <w:t>ÖĞRENCİ GİZLİLİK SÖZLEŞMESİ</w:t>
      </w:r>
    </w:p>
    <w:p w14:paraId="24AAFDB8" w14:textId="4EB92137" w:rsidR="00B22E20" w:rsidRPr="00E72278" w:rsidRDefault="004D5AF4">
      <w:pPr>
        <w:jc w:val="both"/>
        <w:rPr>
          <w:rFonts w:cs="Times New Roman"/>
          <w:sz w:val="20"/>
          <w:szCs w:val="20"/>
        </w:rPr>
      </w:pPr>
      <w:r w:rsidRPr="00E72278">
        <w:rPr>
          <w:rFonts w:cs="Times New Roman"/>
          <w:sz w:val="20"/>
          <w:szCs w:val="20"/>
        </w:rPr>
        <w:t xml:space="preserve">Bu sözleşme; Ordu Üniversitesi Sağlık Bilimleri Fakültesi Hemşirelik Bölümü öğrencisinin </w:t>
      </w:r>
      <w:r w:rsidR="00986FDE">
        <w:rPr>
          <w:rFonts w:cs="Times New Roman"/>
          <w:sz w:val="20"/>
          <w:szCs w:val="20"/>
        </w:rPr>
        <w:t xml:space="preserve">HEM 401 ve HEM 402 </w:t>
      </w:r>
      <w:r w:rsidR="00074A7A" w:rsidRPr="00E72278">
        <w:rPr>
          <w:rFonts w:cs="Times New Roman"/>
          <w:sz w:val="20"/>
          <w:szCs w:val="20"/>
        </w:rPr>
        <w:t>İ</w:t>
      </w:r>
      <w:r w:rsidR="00414296" w:rsidRPr="00E72278">
        <w:rPr>
          <w:rFonts w:cs="Times New Roman"/>
          <w:sz w:val="20"/>
          <w:szCs w:val="20"/>
        </w:rPr>
        <w:t xml:space="preserve">şletmede Mesleki Eğitim (İME) </w:t>
      </w:r>
      <w:r w:rsidR="00986FDE">
        <w:rPr>
          <w:rFonts w:cs="Times New Roman"/>
          <w:sz w:val="20"/>
          <w:szCs w:val="20"/>
        </w:rPr>
        <w:t xml:space="preserve">dersi </w:t>
      </w:r>
      <w:r w:rsidRPr="00E72278">
        <w:rPr>
          <w:rFonts w:cs="Times New Roman"/>
          <w:sz w:val="20"/>
          <w:szCs w:val="20"/>
        </w:rPr>
        <w:t>süresince erişebileceği hasta, hasta yakını, çalışan ve kuruma ilişkin bilgi ve verilerin gizliliğinin, mahremiyetinin ve güvenliğinin korunmasına ilişkin yükümlülüklerini belirlemek amacıyla düzenlenmiştir.</w:t>
      </w:r>
    </w:p>
    <w:p w14:paraId="4ED435D6" w14:textId="77777777" w:rsidR="00B22E20" w:rsidRPr="00E72278" w:rsidRDefault="004D5AF4">
      <w:pPr>
        <w:rPr>
          <w:rFonts w:cs="Times New Roman"/>
          <w:sz w:val="20"/>
          <w:szCs w:val="20"/>
        </w:rPr>
      </w:pPr>
      <w:r w:rsidRPr="00E72278">
        <w:rPr>
          <w:rFonts w:cs="Times New Roman"/>
          <w:b/>
          <w:sz w:val="20"/>
          <w:szCs w:val="20"/>
        </w:rPr>
        <w:t>1. GİZLİ BİLGİNİN KAPSAMI</w:t>
      </w:r>
    </w:p>
    <w:p w14:paraId="3E224336" w14:textId="77777777" w:rsidR="00B22E20" w:rsidRPr="00E72278" w:rsidRDefault="004D5AF4">
      <w:pPr>
        <w:rPr>
          <w:rFonts w:cs="Times New Roman"/>
          <w:sz w:val="20"/>
          <w:szCs w:val="20"/>
        </w:rPr>
      </w:pPr>
      <w:r w:rsidRPr="00E72278">
        <w:rPr>
          <w:rFonts w:cs="Times New Roman"/>
          <w:b/>
          <w:sz w:val="20"/>
          <w:szCs w:val="20"/>
        </w:rPr>
        <w:t xml:space="preserve">1.1. </w:t>
      </w:r>
      <w:r w:rsidRPr="00E72278">
        <w:rPr>
          <w:rFonts w:cs="Times New Roman"/>
          <w:sz w:val="20"/>
          <w:szCs w:val="20"/>
        </w:rPr>
        <w:t>Gizli bilgi; öğrencinin eğitim/uygulama sürecinde öğrendiği veya eriştiği hasta ve hasta yakınına ait kişisel ve tıbbi bilgiler, kişisel sağlık verileri, çalışan bilgileri, kurumun idari ve kurumsal bilgileri, mali bilgiler, sistem bilgileri, kayıtlar, belgeler, materyaller ve açıklanması hâlinde kişi veya kuruma zarar verebilecek diğer her türlü bilgi ve veriyi kapsar.</w:t>
      </w:r>
    </w:p>
    <w:p w14:paraId="43793ABF" w14:textId="2FA40634" w:rsidR="00B22E20" w:rsidRPr="00E72278" w:rsidRDefault="004D5AF4">
      <w:pPr>
        <w:rPr>
          <w:rFonts w:cs="Times New Roman"/>
          <w:sz w:val="20"/>
          <w:szCs w:val="20"/>
        </w:rPr>
      </w:pPr>
      <w:r w:rsidRPr="00E72278">
        <w:rPr>
          <w:rFonts w:cs="Times New Roman"/>
          <w:b/>
          <w:sz w:val="20"/>
          <w:szCs w:val="20"/>
        </w:rPr>
        <w:t xml:space="preserve">1.2. </w:t>
      </w:r>
      <w:r w:rsidRPr="00E72278">
        <w:rPr>
          <w:rFonts w:cs="Times New Roman"/>
          <w:sz w:val="20"/>
          <w:szCs w:val="20"/>
        </w:rPr>
        <w:t xml:space="preserve">Öğrenci, kendisine açıklanan veya uygulama sırasında herhangi bir şekilde öğrendiği gizli bilgilerin gizli olduğunu kabul eder ve bunları yalnızca eğitim </w:t>
      </w:r>
      <w:r w:rsidR="00986FDE">
        <w:rPr>
          <w:rFonts w:cs="Times New Roman"/>
          <w:sz w:val="20"/>
          <w:szCs w:val="20"/>
        </w:rPr>
        <w:t>amacıyla</w:t>
      </w:r>
      <w:r w:rsidRPr="00E72278">
        <w:rPr>
          <w:rFonts w:cs="Times New Roman"/>
          <w:sz w:val="20"/>
          <w:szCs w:val="20"/>
        </w:rPr>
        <w:t xml:space="preserve"> ve kendisine verilen yetki kapsamında kullanır.</w:t>
      </w:r>
    </w:p>
    <w:p w14:paraId="1CCF79D8" w14:textId="77777777" w:rsidR="00B22E20" w:rsidRPr="00E72278" w:rsidRDefault="004D5AF4">
      <w:pPr>
        <w:rPr>
          <w:rFonts w:cs="Times New Roman"/>
          <w:sz w:val="20"/>
          <w:szCs w:val="20"/>
        </w:rPr>
      </w:pPr>
      <w:r w:rsidRPr="00E72278">
        <w:rPr>
          <w:rFonts w:cs="Times New Roman"/>
          <w:b/>
          <w:sz w:val="20"/>
          <w:szCs w:val="20"/>
        </w:rPr>
        <w:t>2. ÖĞRENCİNİN GİZLİLİK VE BİLGİ GÜVENLİĞİ YÜKÜMLÜLÜKLERİ</w:t>
      </w:r>
    </w:p>
    <w:p w14:paraId="5E821FBF" w14:textId="77777777" w:rsidR="00B22E20" w:rsidRPr="00E72278" w:rsidRDefault="004D5AF4">
      <w:pPr>
        <w:rPr>
          <w:rFonts w:cs="Times New Roman"/>
          <w:sz w:val="20"/>
          <w:szCs w:val="20"/>
        </w:rPr>
      </w:pPr>
      <w:r w:rsidRPr="00E72278">
        <w:rPr>
          <w:rFonts w:cs="Times New Roman"/>
          <w:b/>
          <w:sz w:val="20"/>
          <w:szCs w:val="20"/>
        </w:rPr>
        <w:t xml:space="preserve">2.1. </w:t>
      </w:r>
      <w:r w:rsidRPr="00E72278">
        <w:rPr>
          <w:rFonts w:cs="Times New Roman"/>
          <w:sz w:val="20"/>
          <w:szCs w:val="20"/>
        </w:rPr>
        <w:t>Öğrenci; hasta, hasta yakını, çalışan ve kuruma ilişkin edindiği kişisel, tıbbi, idari ve kurumsal bilgileri üçüncü kişilerle paylaşamaz ve yetkisiz kişilerin erişimine açamaz.</w:t>
      </w:r>
    </w:p>
    <w:p w14:paraId="4108B8C8" w14:textId="05821B50" w:rsidR="00B22E20" w:rsidRPr="00E72278" w:rsidRDefault="004D5AF4">
      <w:pPr>
        <w:rPr>
          <w:rFonts w:cs="Times New Roman"/>
          <w:sz w:val="20"/>
          <w:szCs w:val="20"/>
        </w:rPr>
      </w:pPr>
      <w:r w:rsidRPr="00E72278">
        <w:rPr>
          <w:rFonts w:cs="Times New Roman"/>
          <w:b/>
          <w:sz w:val="20"/>
          <w:szCs w:val="20"/>
        </w:rPr>
        <w:t xml:space="preserve">2.2. </w:t>
      </w:r>
      <w:r w:rsidRPr="00E72278">
        <w:rPr>
          <w:rFonts w:cs="Times New Roman"/>
          <w:sz w:val="20"/>
          <w:szCs w:val="20"/>
        </w:rPr>
        <w:t xml:space="preserve">Öğrenci, gizli bilgileri yalnızca </w:t>
      </w:r>
      <w:r w:rsidR="00074A7A" w:rsidRPr="00E72278">
        <w:rPr>
          <w:rFonts w:cs="Times New Roman"/>
          <w:sz w:val="20"/>
          <w:szCs w:val="20"/>
        </w:rPr>
        <w:t>İ</w:t>
      </w:r>
      <w:r w:rsidR="00F17728" w:rsidRPr="00E72278">
        <w:rPr>
          <w:rFonts w:cs="Times New Roman"/>
          <w:sz w:val="20"/>
          <w:szCs w:val="20"/>
        </w:rPr>
        <w:t xml:space="preserve">şletmede Mesleki Eğitim </w:t>
      </w:r>
      <w:r w:rsidRPr="00E72278">
        <w:rPr>
          <w:rFonts w:cs="Times New Roman"/>
          <w:sz w:val="20"/>
          <w:szCs w:val="20"/>
        </w:rPr>
        <w:t>amaçları doğrultusunda kullanır; kişisel menfaatine veya başka kişi, kurum ya da kuruluşların menfaatine kullanamaz.</w:t>
      </w:r>
    </w:p>
    <w:p w14:paraId="06A594B2" w14:textId="77777777" w:rsidR="00B22E20" w:rsidRPr="00E72278" w:rsidRDefault="004D5AF4">
      <w:pPr>
        <w:rPr>
          <w:rFonts w:cs="Times New Roman"/>
          <w:sz w:val="20"/>
          <w:szCs w:val="20"/>
        </w:rPr>
      </w:pPr>
      <w:r w:rsidRPr="00E72278">
        <w:rPr>
          <w:rFonts w:cs="Times New Roman"/>
          <w:b/>
          <w:sz w:val="20"/>
          <w:szCs w:val="20"/>
        </w:rPr>
        <w:t xml:space="preserve">2.3. </w:t>
      </w:r>
      <w:r w:rsidRPr="00E72278">
        <w:rPr>
          <w:rFonts w:cs="Times New Roman"/>
          <w:sz w:val="20"/>
          <w:szCs w:val="20"/>
        </w:rPr>
        <w:t>Öğrenci, gizli bilgileri yetkisiz kişilerle sözlü olarak paylaşamaz; bu bilgileri yetkisiz üçüncü kişilerin bulunduğu ortamlarda konuşamaz.</w:t>
      </w:r>
    </w:p>
    <w:p w14:paraId="19462172" w14:textId="6EAEFDE8" w:rsidR="00B22E20" w:rsidRPr="00E72278" w:rsidRDefault="004D5AF4">
      <w:pPr>
        <w:rPr>
          <w:rFonts w:cs="Times New Roman"/>
          <w:sz w:val="20"/>
          <w:szCs w:val="20"/>
        </w:rPr>
      </w:pPr>
      <w:r w:rsidRPr="00E72278">
        <w:rPr>
          <w:rFonts w:cs="Times New Roman"/>
          <w:b/>
          <w:sz w:val="20"/>
          <w:szCs w:val="20"/>
        </w:rPr>
        <w:t xml:space="preserve">2.4. </w:t>
      </w:r>
      <w:r w:rsidRPr="00E72278">
        <w:rPr>
          <w:rFonts w:cs="Times New Roman"/>
          <w:sz w:val="20"/>
          <w:szCs w:val="20"/>
        </w:rPr>
        <w:t>Öğrenci; hasta, hasta yakını, çalışan veya kuruma ilişkin fotoğraf/görüntü çekemez, ses veya video kaydı yapamaz.</w:t>
      </w:r>
    </w:p>
    <w:p w14:paraId="327DCF68" w14:textId="77777777" w:rsidR="00B22E20" w:rsidRPr="00E72278" w:rsidRDefault="004D5AF4">
      <w:pPr>
        <w:rPr>
          <w:rFonts w:cs="Times New Roman"/>
          <w:sz w:val="20"/>
          <w:szCs w:val="20"/>
        </w:rPr>
      </w:pPr>
      <w:r w:rsidRPr="00E72278">
        <w:rPr>
          <w:rFonts w:cs="Times New Roman"/>
          <w:b/>
          <w:sz w:val="20"/>
          <w:szCs w:val="20"/>
        </w:rPr>
        <w:t xml:space="preserve">2.5. </w:t>
      </w:r>
      <w:r w:rsidRPr="00E72278">
        <w:rPr>
          <w:rFonts w:cs="Times New Roman"/>
          <w:sz w:val="20"/>
          <w:szCs w:val="20"/>
        </w:rPr>
        <w:t>Öğrenci; hasta, hasta yakını, çalışan veya kuruma ilişkin bilgi, belge, görüntü, ses kaydı ve benzeri içerikleri sosyal medya platformlarında, mesajlaşma uygulamalarında veya diğer dijital ortamlarda paylaşamaz.</w:t>
      </w:r>
    </w:p>
    <w:p w14:paraId="1F8A9D14" w14:textId="77777777" w:rsidR="00B22E20" w:rsidRPr="00E72278" w:rsidRDefault="004D5AF4">
      <w:pPr>
        <w:rPr>
          <w:rFonts w:cs="Times New Roman"/>
          <w:sz w:val="20"/>
          <w:szCs w:val="20"/>
        </w:rPr>
      </w:pPr>
      <w:r w:rsidRPr="00E72278">
        <w:rPr>
          <w:rFonts w:cs="Times New Roman"/>
          <w:b/>
          <w:sz w:val="20"/>
          <w:szCs w:val="20"/>
        </w:rPr>
        <w:t xml:space="preserve">2.6. </w:t>
      </w:r>
      <w:r w:rsidRPr="00E72278">
        <w:rPr>
          <w:rFonts w:cs="Times New Roman"/>
          <w:sz w:val="20"/>
          <w:szCs w:val="20"/>
        </w:rPr>
        <w:t>Öğrenci, eğitim amacıyla hazırladığı vaka sunumu, bakım planı, etkileşim raporu, ödev, seminer, sunum ve benzeri belgelerde hastanın kimliğini doğrudan belirleyebilecek ad-soyad, T.C. kimlik numarası, telefon numarası, adres, protokol/dosya numarası ve benzeri kişisel tanımlayıcı bilgileri kullanamaz.</w:t>
      </w:r>
    </w:p>
    <w:p w14:paraId="23B8C901" w14:textId="4A4FB01B" w:rsidR="00B22E20" w:rsidRPr="00E72278" w:rsidRDefault="004D5AF4">
      <w:pPr>
        <w:rPr>
          <w:rFonts w:cs="Times New Roman"/>
          <w:sz w:val="20"/>
          <w:szCs w:val="20"/>
        </w:rPr>
      </w:pPr>
      <w:r w:rsidRPr="00E72278">
        <w:rPr>
          <w:rFonts w:cs="Times New Roman"/>
          <w:b/>
          <w:sz w:val="20"/>
          <w:szCs w:val="20"/>
        </w:rPr>
        <w:t xml:space="preserve">2.7. </w:t>
      </w:r>
      <w:r w:rsidRPr="00E72278">
        <w:rPr>
          <w:rFonts w:cs="Times New Roman"/>
          <w:sz w:val="20"/>
          <w:szCs w:val="20"/>
        </w:rPr>
        <w:t>Öğrenci; gizli bilgileri kopyalayamaz, çoğaltamaz, taşıyamaz, kişisel e-posta hesabına gönderemez veya kişisel bulut/depolama alanlarına aktaramaz.</w:t>
      </w:r>
    </w:p>
    <w:p w14:paraId="030402CF" w14:textId="77777777" w:rsidR="00B22E20" w:rsidRPr="00E72278" w:rsidRDefault="004D5AF4">
      <w:pPr>
        <w:rPr>
          <w:rFonts w:cs="Times New Roman"/>
          <w:sz w:val="20"/>
          <w:szCs w:val="20"/>
        </w:rPr>
      </w:pPr>
      <w:r w:rsidRPr="00E72278">
        <w:rPr>
          <w:rFonts w:cs="Times New Roman"/>
          <w:b/>
          <w:sz w:val="20"/>
          <w:szCs w:val="20"/>
        </w:rPr>
        <w:t xml:space="preserve">2.8. </w:t>
      </w:r>
      <w:r w:rsidRPr="00E72278">
        <w:rPr>
          <w:rFonts w:cs="Times New Roman"/>
          <w:sz w:val="20"/>
          <w:szCs w:val="20"/>
        </w:rPr>
        <w:t>Öğrenciye kurum tarafından kullanıcı adı, parola veya başka bir erişim yetkisi verilmesi hâlinde öğrenci bu bilgileri başka kişilerle paylaşamaz ve yalnızca kendisine verilen yetki sınırları içinde kullanabilir.</w:t>
      </w:r>
    </w:p>
    <w:p w14:paraId="4BEC71B3" w14:textId="77777777" w:rsidR="00B22E20" w:rsidRPr="00E72278" w:rsidRDefault="004D5AF4">
      <w:pPr>
        <w:rPr>
          <w:rFonts w:cs="Times New Roman"/>
          <w:sz w:val="20"/>
          <w:szCs w:val="20"/>
        </w:rPr>
      </w:pPr>
      <w:r w:rsidRPr="00E72278">
        <w:rPr>
          <w:rFonts w:cs="Times New Roman"/>
          <w:b/>
          <w:sz w:val="20"/>
          <w:szCs w:val="20"/>
        </w:rPr>
        <w:t xml:space="preserve">2.9. </w:t>
      </w:r>
      <w:r w:rsidRPr="00E72278">
        <w:rPr>
          <w:rFonts w:cs="Times New Roman"/>
          <w:sz w:val="20"/>
          <w:szCs w:val="20"/>
        </w:rPr>
        <w:t>Öğrenci, erişim yetkisi bulunan bilgi sistemlerinde yetkisini aşan işlem yapamaz; verileri hukuka aykırı biçimde elde edemez, değiştiremez, silemez, aktaramaz veya çoğaltamaz.</w:t>
      </w:r>
    </w:p>
    <w:p w14:paraId="48D2CA34" w14:textId="77777777" w:rsidR="00B22E20" w:rsidRPr="00E72278" w:rsidRDefault="004D5AF4">
      <w:pPr>
        <w:rPr>
          <w:rFonts w:cs="Times New Roman"/>
          <w:sz w:val="20"/>
          <w:szCs w:val="20"/>
        </w:rPr>
      </w:pPr>
      <w:r w:rsidRPr="00E72278">
        <w:rPr>
          <w:rFonts w:cs="Times New Roman"/>
          <w:b/>
          <w:sz w:val="20"/>
          <w:szCs w:val="20"/>
        </w:rPr>
        <w:t xml:space="preserve">2.10. </w:t>
      </w:r>
      <w:r w:rsidRPr="00E72278">
        <w:rPr>
          <w:rFonts w:cs="Times New Roman"/>
          <w:sz w:val="20"/>
          <w:szCs w:val="20"/>
        </w:rPr>
        <w:t>Öğrenci, bilgi paylaşımı konusunda tereddüt yaşaması hâlinde ilgili kurum/birim sorumlusuna veya İME sorumlu öğretim elemanına başvurarak bilgi paylaşım yetkisini teyit eder.</w:t>
      </w:r>
    </w:p>
    <w:p w14:paraId="59A40621" w14:textId="77777777" w:rsidR="00B22E20" w:rsidRPr="00E72278" w:rsidRDefault="004D5AF4">
      <w:pPr>
        <w:rPr>
          <w:rFonts w:cs="Times New Roman"/>
          <w:sz w:val="20"/>
          <w:szCs w:val="20"/>
        </w:rPr>
      </w:pPr>
      <w:r w:rsidRPr="00E72278">
        <w:rPr>
          <w:rFonts w:cs="Times New Roman"/>
          <w:b/>
          <w:sz w:val="20"/>
          <w:szCs w:val="20"/>
        </w:rPr>
        <w:t xml:space="preserve">2.11. </w:t>
      </w:r>
      <w:r w:rsidRPr="00E72278">
        <w:rPr>
          <w:rFonts w:cs="Times New Roman"/>
          <w:sz w:val="20"/>
          <w:szCs w:val="20"/>
        </w:rPr>
        <w:t>Öğrenci, herhangi bir bilgi güvenliği veya kişisel veri ihlali gerçekleştiğini ya da gerçekleşmiş olabileceğini fark etmesi hâlinde durumu gecikmeksizin ilgili kurum/birim sorumlusuna ve İME sorumlu öğretim elemanına bildirir.</w:t>
      </w:r>
    </w:p>
    <w:p w14:paraId="048C06A5" w14:textId="20FB5146" w:rsidR="00B22E20" w:rsidRPr="00E72278" w:rsidRDefault="004D5AF4">
      <w:pPr>
        <w:rPr>
          <w:rFonts w:cs="Times New Roman"/>
          <w:sz w:val="20"/>
          <w:szCs w:val="20"/>
        </w:rPr>
      </w:pPr>
      <w:r w:rsidRPr="00E72278">
        <w:rPr>
          <w:rFonts w:cs="Times New Roman"/>
          <w:b/>
          <w:sz w:val="20"/>
          <w:szCs w:val="20"/>
        </w:rPr>
        <w:t xml:space="preserve">2.12. </w:t>
      </w:r>
      <w:r w:rsidRPr="00E72278">
        <w:rPr>
          <w:rFonts w:cs="Times New Roman"/>
          <w:sz w:val="20"/>
          <w:szCs w:val="20"/>
        </w:rPr>
        <w:t xml:space="preserve">Öğrencinin gizlilik yükümlülüğü, </w:t>
      </w:r>
      <w:r w:rsidR="00594502" w:rsidRPr="00E72278">
        <w:rPr>
          <w:rFonts w:cs="Times New Roman"/>
          <w:sz w:val="20"/>
          <w:szCs w:val="20"/>
        </w:rPr>
        <w:t>İ</w:t>
      </w:r>
      <w:r w:rsidR="0002697D" w:rsidRPr="00E72278">
        <w:rPr>
          <w:rFonts w:cs="Times New Roman"/>
          <w:sz w:val="20"/>
          <w:szCs w:val="20"/>
        </w:rPr>
        <w:t xml:space="preserve">şletmede Mesleki Eğitim </w:t>
      </w:r>
      <w:r w:rsidRPr="00E72278">
        <w:rPr>
          <w:rFonts w:cs="Times New Roman"/>
          <w:sz w:val="20"/>
          <w:szCs w:val="20"/>
        </w:rPr>
        <w:t>süresinin veya kurumla ilişkisinin sona ermesinden sonra da devam eder.</w:t>
      </w:r>
    </w:p>
    <w:p w14:paraId="0AE79594" w14:textId="1ECF842E" w:rsidR="00B22E20" w:rsidRPr="00E72278" w:rsidRDefault="004D5AF4">
      <w:pPr>
        <w:rPr>
          <w:rFonts w:cs="Times New Roman"/>
          <w:sz w:val="20"/>
          <w:szCs w:val="20"/>
        </w:rPr>
      </w:pPr>
      <w:r w:rsidRPr="00E72278">
        <w:rPr>
          <w:rFonts w:cs="Times New Roman"/>
          <w:b/>
          <w:sz w:val="20"/>
          <w:szCs w:val="20"/>
        </w:rPr>
        <w:t xml:space="preserve">2.13. </w:t>
      </w:r>
      <w:r w:rsidRPr="00E72278">
        <w:rPr>
          <w:rFonts w:cs="Times New Roman"/>
          <w:sz w:val="20"/>
          <w:szCs w:val="20"/>
        </w:rPr>
        <w:t xml:space="preserve">Öğrenci, T.C. Sağlık </w:t>
      </w:r>
      <w:r w:rsidR="00145756">
        <w:rPr>
          <w:rFonts w:cs="Times New Roman"/>
          <w:sz w:val="20"/>
          <w:szCs w:val="20"/>
        </w:rPr>
        <w:t>Bakanlığı'nın</w:t>
      </w:r>
      <w:r w:rsidRPr="00E72278">
        <w:rPr>
          <w:rFonts w:cs="Times New Roman"/>
          <w:sz w:val="20"/>
          <w:szCs w:val="20"/>
        </w:rPr>
        <w:t xml:space="preserve"> ve uygulama yaptığı kurumun bilgi güvenliği, hasta mahremiyeti ve kişisel verilerin korunmasına ilişkin yürürlükteki politika, prosedür ve kurallar</w:t>
      </w:r>
      <w:r w:rsidR="00847318" w:rsidRPr="00E72278">
        <w:rPr>
          <w:rFonts w:cs="Times New Roman"/>
          <w:sz w:val="20"/>
          <w:szCs w:val="20"/>
        </w:rPr>
        <w:t>a</w:t>
      </w:r>
      <w:r w:rsidRPr="00E72278">
        <w:rPr>
          <w:rFonts w:cs="Times New Roman"/>
          <w:sz w:val="20"/>
          <w:szCs w:val="20"/>
        </w:rPr>
        <w:t xml:space="preserve"> uymakla yükümlüdür.</w:t>
      </w:r>
    </w:p>
    <w:p w14:paraId="7161F3A1" w14:textId="77777777" w:rsidR="00B22E20" w:rsidRPr="00E72278" w:rsidRDefault="004D5AF4">
      <w:pPr>
        <w:rPr>
          <w:rFonts w:cs="Times New Roman"/>
          <w:sz w:val="20"/>
          <w:szCs w:val="20"/>
        </w:rPr>
      </w:pPr>
      <w:r w:rsidRPr="00E72278">
        <w:rPr>
          <w:rFonts w:cs="Times New Roman"/>
          <w:b/>
          <w:sz w:val="20"/>
          <w:szCs w:val="20"/>
        </w:rPr>
        <w:t>3. İHLAL VE SORUMLULUK</w:t>
      </w:r>
    </w:p>
    <w:p w14:paraId="55CC4F6A" w14:textId="3FD948EC" w:rsidR="00B22E20" w:rsidRPr="00E72278" w:rsidRDefault="004D5AF4">
      <w:pPr>
        <w:rPr>
          <w:rFonts w:cs="Times New Roman"/>
          <w:sz w:val="20"/>
          <w:szCs w:val="20"/>
        </w:rPr>
      </w:pPr>
      <w:r w:rsidRPr="00E72278">
        <w:rPr>
          <w:rFonts w:cs="Times New Roman"/>
          <w:b/>
          <w:sz w:val="20"/>
          <w:szCs w:val="20"/>
        </w:rPr>
        <w:t xml:space="preserve">3.1. </w:t>
      </w:r>
      <w:r w:rsidRPr="00E72278">
        <w:rPr>
          <w:rFonts w:cs="Times New Roman"/>
          <w:sz w:val="20"/>
          <w:szCs w:val="20"/>
        </w:rPr>
        <w:t xml:space="preserve">Bu sözleşmede belirtilen yükümlülüklerin ihlal edilmesi hâlinde durum, niteliğine göre ilgili sağlık kurumu ile Ordu Üniversitesi Sağlık Bilimleri </w:t>
      </w:r>
      <w:r w:rsidR="00145756">
        <w:rPr>
          <w:rFonts w:cs="Times New Roman"/>
          <w:sz w:val="20"/>
          <w:szCs w:val="20"/>
        </w:rPr>
        <w:t>Fakültesi'ne</w:t>
      </w:r>
      <w:r w:rsidRPr="00E72278">
        <w:rPr>
          <w:rFonts w:cs="Times New Roman"/>
          <w:sz w:val="20"/>
          <w:szCs w:val="20"/>
        </w:rPr>
        <w:t xml:space="preserve"> bildirilir</w:t>
      </w:r>
      <w:r w:rsidR="000E3BFE" w:rsidRPr="00E72278">
        <w:rPr>
          <w:rFonts w:cs="Times New Roman"/>
          <w:sz w:val="20"/>
          <w:szCs w:val="20"/>
        </w:rPr>
        <w:t xml:space="preserve"> </w:t>
      </w:r>
      <w:r w:rsidRPr="00E72278">
        <w:rPr>
          <w:rFonts w:cs="Times New Roman"/>
          <w:sz w:val="20"/>
          <w:szCs w:val="20"/>
        </w:rPr>
        <w:t>ve yürürlükteki mevzuat, Üniversite düzenlemeleri ve kurum kuralları çerçevesinde gerekli işlemler yürütülür.</w:t>
      </w:r>
    </w:p>
    <w:p w14:paraId="1A0F6CF4" w14:textId="2D886C4D" w:rsidR="00B22E20" w:rsidRPr="00E72278" w:rsidRDefault="004D5AF4">
      <w:pPr>
        <w:rPr>
          <w:rFonts w:cs="Times New Roman"/>
          <w:sz w:val="20"/>
          <w:szCs w:val="20"/>
        </w:rPr>
      </w:pPr>
      <w:r w:rsidRPr="00E72278">
        <w:rPr>
          <w:rFonts w:cs="Times New Roman"/>
          <w:b/>
          <w:sz w:val="20"/>
          <w:szCs w:val="20"/>
        </w:rPr>
        <w:t xml:space="preserve">3.2. </w:t>
      </w:r>
      <w:r w:rsidR="003419F5">
        <w:rPr>
          <w:rFonts w:cs="Times New Roman"/>
          <w:sz w:val="20"/>
          <w:szCs w:val="20"/>
        </w:rPr>
        <w:t>KVKK kapsamında kişisel</w:t>
      </w:r>
      <w:r w:rsidRPr="00E72278">
        <w:rPr>
          <w:rFonts w:cs="Times New Roman"/>
          <w:sz w:val="20"/>
          <w:szCs w:val="20"/>
        </w:rPr>
        <w:t xml:space="preserve"> veriler</w:t>
      </w:r>
      <w:r w:rsidR="003419F5">
        <w:rPr>
          <w:rFonts w:cs="Times New Roman"/>
          <w:sz w:val="20"/>
          <w:szCs w:val="20"/>
        </w:rPr>
        <w:t>in</w:t>
      </w:r>
      <w:r w:rsidRPr="00E72278">
        <w:rPr>
          <w:rFonts w:cs="Times New Roman"/>
          <w:sz w:val="20"/>
          <w:szCs w:val="20"/>
        </w:rPr>
        <w:t xml:space="preserve"> ve gizli bilgilerin hukuka aykırı olarak elde edilmesi, paylaşılması, aktarılması veya erişime açılması hâlinde ilgili mevzuat hükümleri uygulanır.</w:t>
      </w:r>
    </w:p>
    <w:p w14:paraId="418676CF" w14:textId="77777777" w:rsidR="00383B5D" w:rsidRPr="00E72278" w:rsidRDefault="00383B5D">
      <w:pPr>
        <w:rPr>
          <w:rFonts w:cs="Times New Roman"/>
          <w:b/>
          <w:sz w:val="20"/>
          <w:szCs w:val="20"/>
        </w:rPr>
      </w:pPr>
    </w:p>
    <w:p w14:paraId="21B26FDA" w14:textId="107A24D6" w:rsidR="003D6E03" w:rsidRDefault="003D6E03" w:rsidP="003D6E03">
      <w:pPr>
        <w:spacing w:after="0"/>
        <w:rPr>
          <w:sz w:val="20"/>
        </w:rPr>
      </w:pPr>
      <w:r>
        <w:t>PP.2.2.FR.001</w:t>
      </w:r>
      <w:r w:rsidR="00CE67A1">
        <w:t>7</w:t>
      </w:r>
      <w:r>
        <w:t xml:space="preserve">, R0 EYLÜL 2026                                                                                                                               </w:t>
      </w:r>
      <w:r>
        <w:rPr>
          <w:b/>
          <w:bCs/>
        </w:rPr>
        <w:t>1/2</w:t>
      </w:r>
      <w:r>
        <w:t xml:space="preserve">                </w:t>
      </w:r>
    </w:p>
    <w:p w14:paraId="5579B5F1" w14:textId="77777777" w:rsidR="003D6E03" w:rsidRDefault="003D6E03" w:rsidP="003D6E03">
      <w:pPr>
        <w:spacing w:after="0"/>
      </w:pPr>
    </w:p>
    <w:p w14:paraId="3945BDC9" w14:textId="77777777" w:rsidR="003D6E03" w:rsidRDefault="003D6E03" w:rsidP="003D6E03">
      <w:pPr>
        <w:pStyle w:val="AltBilgi"/>
        <w:tabs>
          <w:tab w:val="left" w:pos="3143"/>
        </w:tabs>
        <w:jc w:val="center"/>
        <w:rPr>
          <w:rFonts w:cs="Times New Roman"/>
          <w:i/>
          <w:iCs/>
          <w:szCs w:val="20"/>
        </w:rPr>
      </w:pPr>
      <w:r>
        <w:rPr>
          <w:rFonts w:cs="Times New Roman"/>
          <w:i/>
          <w:iCs/>
          <w:szCs w:val="20"/>
        </w:rPr>
        <w:t xml:space="preserve">Bu dokümanın basılı hali kontrolsüz doküman kabul edilmektedir. </w:t>
      </w:r>
    </w:p>
    <w:p w14:paraId="438E9CB0" w14:textId="77777777" w:rsidR="003D6E03" w:rsidRDefault="003D6E03" w:rsidP="003D6E03">
      <w:pPr>
        <w:pStyle w:val="AltBilgi"/>
        <w:jc w:val="center"/>
        <w:rPr>
          <w:rFonts w:cs="Times New Roman"/>
          <w:szCs w:val="20"/>
        </w:rPr>
      </w:pPr>
      <w:r>
        <w:rPr>
          <w:rFonts w:cs="Times New Roman"/>
          <w:i/>
          <w:iCs/>
          <w:szCs w:val="20"/>
        </w:rPr>
        <w:t>Lütfen web sitesinden en son versiyonuna ulaşınız.</w:t>
      </w:r>
    </w:p>
    <w:p w14:paraId="11220F4B" w14:textId="77777777" w:rsidR="004145FE" w:rsidRPr="00E72278" w:rsidRDefault="004145FE">
      <w:pPr>
        <w:rPr>
          <w:rFonts w:cs="Times New Roman"/>
          <w:b/>
          <w:sz w:val="20"/>
          <w:szCs w:val="20"/>
        </w:rPr>
      </w:pPr>
    </w:p>
    <w:p w14:paraId="4D1FE14A" w14:textId="77777777" w:rsidR="004145FE" w:rsidRPr="00E72278" w:rsidRDefault="004145FE">
      <w:pPr>
        <w:rPr>
          <w:rFonts w:cs="Times New Roman"/>
          <w:b/>
          <w:sz w:val="20"/>
          <w:szCs w:val="20"/>
        </w:rPr>
      </w:pPr>
    </w:p>
    <w:p w14:paraId="7626A94F" w14:textId="77777777" w:rsidR="004145FE" w:rsidRPr="00E72278" w:rsidRDefault="004145FE">
      <w:pPr>
        <w:rPr>
          <w:rFonts w:cs="Times New Roman"/>
          <w:b/>
          <w:sz w:val="20"/>
          <w:szCs w:val="20"/>
        </w:rPr>
      </w:pPr>
    </w:p>
    <w:p w14:paraId="0638FFC7" w14:textId="77777777" w:rsidR="004145FE" w:rsidRPr="00E72278" w:rsidRDefault="004145FE">
      <w:pPr>
        <w:rPr>
          <w:rFonts w:cs="Times New Roman"/>
          <w:b/>
          <w:sz w:val="20"/>
          <w:szCs w:val="20"/>
        </w:rPr>
      </w:pPr>
    </w:p>
    <w:p w14:paraId="5CD37F24" w14:textId="71ED8EA6" w:rsidR="00B22E20" w:rsidRPr="00E72278" w:rsidRDefault="004D5AF4">
      <w:pPr>
        <w:rPr>
          <w:rFonts w:cs="Times New Roman"/>
          <w:sz w:val="20"/>
          <w:szCs w:val="20"/>
        </w:rPr>
      </w:pPr>
      <w:r w:rsidRPr="00E72278">
        <w:rPr>
          <w:rFonts w:cs="Times New Roman"/>
          <w:b/>
          <w:sz w:val="20"/>
          <w:szCs w:val="20"/>
        </w:rPr>
        <w:t>4. BEYAN VE KABUL</w:t>
      </w:r>
    </w:p>
    <w:p w14:paraId="38C17241" w14:textId="645CE73C" w:rsidR="00B22E20" w:rsidRPr="00E72278" w:rsidRDefault="004D5AF4">
      <w:pPr>
        <w:jc w:val="both"/>
        <w:rPr>
          <w:rFonts w:cs="Times New Roman"/>
          <w:sz w:val="20"/>
          <w:szCs w:val="20"/>
        </w:rPr>
      </w:pPr>
      <w:r w:rsidRPr="00E72278">
        <w:rPr>
          <w:rFonts w:cs="Times New Roman"/>
          <w:sz w:val="20"/>
          <w:szCs w:val="20"/>
        </w:rPr>
        <w:t xml:space="preserve">Yukarıda belirtilen gizlilik, hasta mahremiyeti ve bilgi güvenliği yükümlülüklerini okuduğumu ve anladığımı; </w:t>
      </w:r>
      <w:r w:rsidR="00074A7A" w:rsidRPr="00E72278">
        <w:rPr>
          <w:rFonts w:cs="Times New Roman"/>
          <w:sz w:val="20"/>
          <w:szCs w:val="20"/>
        </w:rPr>
        <w:t>İ</w:t>
      </w:r>
      <w:r w:rsidR="00FF1185" w:rsidRPr="00E72278">
        <w:rPr>
          <w:rFonts w:cs="Times New Roman"/>
          <w:sz w:val="20"/>
          <w:szCs w:val="20"/>
        </w:rPr>
        <w:t xml:space="preserve">şletmede Mesleki Eğitim </w:t>
      </w:r>
      <w:r w:rsidRPr="00E72278">
        <w:rPr>
          <w:rFonts w:cs="Times New Roman"/>
          <w:sz w:val="20"/>
          <w:szCs w:val="20"/>
        </w:rPr>
        <w:t>süresince bu yükümlülüklere uyacağımı, uygulama sırasında öğrendiğim gizli bilgileri yetkisiz kişilerle paylaşmayacağımı ve gizlilik yükümlülüğümün uygulama sona erdikten sonra da devam edeceğini kabul ve beyan ederim.</w:t>
      </w:r>
    </w:p>
    <w:p w14:paraId="6CAABB0D" w14:textId="77777777" w:rsidR="009005BA" w:rsidRPr="00E72278" w:rsidRDefault="009005BA">
      <w:pPr>
        <w:jc w:val="both"/>
        <w:rPr>
          <w:rFonts w:cs="Times New Roman"/>
          <w:sz w:val="20"/>
          <w:szCs w:val="20"/>
        </w:rPr>
      </w:pPr>
    </w:p>
    <w:tbl>
      <w:tblPr>
        <w:tblStyle w:val="TabloKlavuzu"/>
        <w:tblW w:w="5075" w:type="pct"/>
        <w:jc w:val="center"/>
        <w:tblLook w:val="04A0" w:firstRow="1" w:lastRow="0" w:firstColumn="1" w:lastColumn="0" w:noHBand="0" w:noVBand="1"/>
      </w:tblPr>
      <w:tblGrid>
        <w:gridCol w:w="3400"/>
        <w:gridCol w:w="3399"/>
        <w:gridCol w:w="3544"/>
      </w:tblGrid>
      <w:tr w:rsidR="00B22E20" w:rsidRPr="00E72278" w14:paraId="0E210979" w14:textId="77777777" w:rsidTr="005D3757">
        <w:trPr>
          <w:jc w:val="center"/>
        </w:trPr>
        <w:tc>
          <w:tcPr>
            <w:tcW w:w="1644" w:type="pct"/>
            <w:shd w:val="clear" w:color="auto" w:fill="D9E2F3"/>
            <w:vAlign w:val="center"/>
          </w:tcPr>
          <w:p w14:paraId="7048E9D9" w14:textId="77777777" w:rsidR="00B22E20" w:rsidRPr="00E72278" w:rsidRDefault="004D5AF4">
            <w:pPr>
              <w:rPr>
                <w:rFonts w:cs="Times New Roman"/>
                <w:sz w:val="20"/>
                <w:szCs w:val="20"/>
              </w:rPr>
            </w:pPr>
            <w:r w:rsidRPr="00E72278">
              <w:rPr>
                <w:rFonts w:cs="Times New Roman"/>
                <w:b/>
                <w:sz w:val="20"/>
                <w:szCs w:val="20"/>
              </w:rPr>
              <w:t>Öğrenci Adı Soyadı</w:t>
            </w:r>
          </w:p>
        </w:tc>
        <w:tc>
          <w:tcPr>
            <w:tcW w:w="3356" w:type="pct"/>
            <w:gridSpan w:val="2"/>
            <w:vAlign w:val="center"/>
          </w:tcPr>
          <w:p w14:paraId="3840198D" w14:textId="77777777" w:rsidR="00B22E20" w:rsidRPr="00E72278" w:rsidRDefault="00B22E20">
            <w:pPr>
              <w:rPr>
                <w:rFonts w:cs="Times New Roman"/>
                <w:sz w:val="20"/>
                <w:szCs w:val="20"/>
              </w:rPr>
            </w:pPr>
          </w:p>
        </w:tc>
      </w:tr>
      <w:tr w:rsidR="00B22E20" w:rsidRPr="00E72278" w14:paraId="4C537A12" w14:textId="77777777" w:rsidTr="005D3757">
        <w:trPr>
          <w:jc w:val="center"/>
        </w:trPr>
        <w:tc>
          <w:tcPr>
            <w:tcW w:w="1644" w:type="pct"/>
            <w:shd w:val="clear" w:color="auto" w:fill="D9E2F3"/>
            <w:vAlign w:val="center"/>
          </w:tcPr>
          <w:p w14:paraId="247512DE" w14:textId="77777777" w:rsidR="00B22E20" w:rsidRPr="00E72278" w:rsidRDefault="004D5AF4">
            <w:pPr>
              <w:rPr>
                <w:rFonts w:cs="Times New Roman"/>
                <w:sz w:val="20"/>
                <w:szCs w:val="20"/>
              </w:rPr>
            </w:pPr>
            <w:r w:rsidRPr="00E72278">
              <w:rPr>
                <w:rFonts w:cs="Times New Roman"/>
                <w:b/>
                <w:sz w:val="20"/>
                <w:szCs w:val="20"/>
              </w:rPr>
              <w:t>T.C. Kimlik No</w:t>
            </w:r>
          </w:p>
        </w:tc>
        <w:tc>
          <w:tcPr>
            <w:tcW w:w="3356" w:type="pct"/>
            <w:gridSpan w:val="2"/>
            <w:vAlign w:val="center"/>
          </w:tcPr>
          <w:p w14:paraId="3A61930F" w14:textId="77777777" w:rsidR="00B22E20" w:rsidRPr="00E72278" w:rsidRDefault="00B22E20">
            <w:pPr>
              <w:rPr>
                <w:rFonts w:cs="Times New Roman"/>
                <w:sz w:val="20"/>
                <w:szCs w:val="20"/>
              </w:rPr>
            </w:pPr>
          </w:p>
        </w:tc>
      </w:tr>
      <w:tr w:rsidR="00B22E20" w:rsidRPr="00E72278" w14:paraId="33488C38" w14:textId="77777777" w:rsidTr="005D3757">
        <w:trPr>
          <w:jc w:val="center"/>
        </w:trPr>
        <w:tc>
          <w:tcPr>
            <w:tcW w:w="1644" w:type="pct"/>
            <w:shd w:val="clear" w:color="auto" w:fill="D9E2F3"/>
            <w:vAlign w:val="center"/>
          </w:tcPr>
          <w:p w14:paraId="397ED34A" w14:textId="77777777" w:rsidR="00B22E20" w:rsidRPr="00E72278" w:rsidRDefault="004D5AF4">
            <w:pPr>
              <w:rPr>
                <w:rFonts w:cs="Times New Roman"/>
                <w:sz w:val="20"/>
                <w:szCs w:val="20"/>
              </w:rPr>
            </w:pPr>
            <w:r w:rsidRPr="00E72278">
              <w:rPr>
                <w:rFonts w:cs="Times New Roman"/>
                <w:b/>
                <w:sz w:val="20"/>
                <w:szCs w:val="20"/>
              </w:rPr>
              <w:t>Öğrenci No</w:t>
            </w:r>
          </w:p>
        </w:tc>
        <w:tc>
          <w:tcPr>
            <w:tcW w:w="3356" w:type="pct"/>
            <w:gridSpan w:val="2"/>
            <w:vAlign w:val="center"/>
          </w:tcPr>
          <w:p w14:paraId="517C940D" w14:textId="77777777" w:rsidR="00B22E20" w:rsidRPr="00E72278" w:rsidRDefault="00B22E20">
            <w:pPr>
              <w:rPr>
                <w:rFonts w:cs="Times New Roman"/>
                <w:sz w:val="20"/>
                <w:szCs w:val="20"/>
              </w:rPr>
            </w:pPr>
          </w:p>
        </w:tc>
      </w:tr>
      <w:tr w:rsidR="00B22E20" w:rsidRPr="00E72278" w14:paraId="2EEE62A8" w14:textId="77777777" w:rsidTr="005D3757">
        <w:trPr>
          <w:jc w:val="center"/>
        </w:trPr>
        <w:tc>
          <w:tcPr>
            <w:tcW w:w="1644" w:type="pct"/>
            <w:shd w:val="clear" w:color="auto" w:fill="D9E2F3"/>
            <w:vAlign w:val="center"/>
          </w:tcPr>
          <w:p w14:paraId="0137FD7D" w14:textId="77777777" w:rsidR="00B22E20" w:rsidRPr="00E72278" w:rsidRDefault="004D5AF4">
            <w:pPr>
              <w:rPr>
                <w:rFonts w:cs="Times New Roman"/>
                <w:sz w:val="20"/>
                <w:szCs w:val="20"/>
              </w:rPr>
            </w:pPr>
            <w:r w:rsidRPr="00E72278">
              <w:rPr>
                <w:rFonts w:cs="Times New Roman"/>
                <w:b/>
                <w:sz w:val="20"/>
                <w:szCs w:val="20"/>
              </w:rPr>
              <w:t>Sınıf</w:t>
            </w:r>
          </w:p>
        </w:tc>
        <w:tc>
          <w:tcPr>
            <w:tcW w:w="3356" w:type="pct"/>
            <w:gridSpan w:val="2"/>
            <w:vAlign w:val="center"/>
          </w:tcPr>
          <w:p w14:paraId="5C046047" w14:textId="77777777" w:rsidR="00B22E20" w:rsidRPr="00E72278" w:rsidRDefault="00B22E20">
            <w:pPr>
              <w:rPr>
                <w:rFonts w:cs="Times New Roman"/>
                <w:sz w:val="20"/>
                <w:szCs w:val="20"/>
              </w:rPr>
            </w:pPr>
          </w:p>
        </w:tc>
      </w:tr>
      <w:tr w:rsidR="00B22E20" w:rsidRPr="00E72278" w14:paraId="038FE6A0" w14:textId="77777777" w:rsidTr="005D3757">
        <w:trPr>
          <w:jc w:val="center"/>
        </w:trPr>
        <w:tc>
          <w:tcPr>
            <w:tcW w:w="1644" w:type="pct"/>
            <w:shd w:val="clear" w:color="auto" w:fill="D9E2F3"/>
            <w:vAlign w:val="center"/>
          </w:tcPr>
          <w:p w14:paraId="0A4B8454" w14:textId="77777777" w:rsidR="00B22E20" w:rsidRPr="00E72278" w:rsidRDefault="004D5AF4">
            <w:pPr>
              <w:rPr>
                <w:rFonts w:cs="Times New Roman"/>
                <w:sz w:val="20"/>
                <w:szCs w:val="20"/>
              </w:rPr>
            </w:pPr>
            <w:r w:rsidRPr="00E72278">
              <w:rPr>
                <w:rFonts w:cs="Times New Roman"/>
                <w:b/>
                <w:sz w:val="20"/>
                <w:szCs w:val="20"/>
              </w:rPr>
              <w:t>Telefon / E-posta</w:t>
            </w:r>
          </w:p>
        </w:tc>
        <w:tc>
          <w:tcPr>
            <w:tcW w:w="3356" w:type="pct"/>
            <w:gridSpan w:val="2"/>
            <w:vAlign w:val="center"/>
          </w:tcPr>
          <w:p w14:paraId="0E202DF6" w14:textId="77777777" w:rsidR="00B22E20" w:rsidRPr="00E72278" w:rsidRDefault="00B22E20">
            <w:pPr>
              <w:rPr>
                <w:rFonts w:cs="Times New Roman"/>
                <w:sz w:val="20"/>
                <w:szCs w:val="20"/>
              </w:rPr>
            </w:pPr>
          </w:p>
        </w:tc>
      </w:tr>
      <w:tr w:rsidR="002730BC" w:rsidRPr="00E72278" w14:paraId="25E4141A" w14:textId="77777777" w:rsidTr="005D3757">
        <w:trPr>
          <w:jc w:val="center"/>
        </w:trPr>
        <w:tc>
          <w:tcPr>
            <w:tcW w:w="1644" w:type="pct"/>
            <w:shd w:val="clear" w:color="auto" w:fill="D9E2F3"/>
            <w:vAlign w:val="center"/>
          </w:tcPr>
          <w:p w14:paraId="428F3AB4" w14:textId="69235CA6" w:rsidR="002730BC" w:rsidRPr="00E72278" w:rsidRDefault="002730BC" w:rsidP="002730BC">
            <w:pPr>
              <w:rPr>
                <w:rFonts w:cs="Times New Roman"/>
                <w:sz w:val="18"/>
                <w:szCs w:val="18"/>
              </w:rPr>
            </w:pPr>
            <w:r w:rsidRPr="00E72278">
              <w:rPr>
                <w:b/>
                <w:sz w:val="18"/>
                <w:szCs w:val="18"/>
              </w:rPr>
              <w:t>Kurum / İşletme Adı</w:t>
            </w:r>
          </w:p>
        </w:tc>
        <w:tc>
          <w:tcPr>
            <w:tcW w:w="3356" w:type="pct"/>
            <w:gridSpan w:val="2"/>
            <w:vAlign w:val="center"/>
          </w:tcPr>
          <w:p w14:paraId="0BCBD62C" w14:textId="0CA6410C" w:rsidR="002730BC" w:rsidRPr="00E72278" w:rsidRDefault="002730BC" w:rsidP="002730BC">
            <w:pPr>
              <w:rPr>
                <w:rFonts w:cs="Times New Roman"/>
                <w:sz w:val="18"/>
                <w:szCs w:val="18"/>
              </w:rPr>
            </w:pPr>
            <w:r w:rsidRPr="00E72278">
              <w:rPr>
                <w:sz w:val="18"/>
                <w:szCs w:val="18"/>
              </w:rPr>
              <w:t xml:space="preserve">☐ Ordu İl Sağlık Müdürlüğü   </w:t>
            </w:r>
          </w:p>
        </w:tc>
      </w:tr>
      <w:tr w:rsidR="005D3757" w:rsidRPr="00465358" w14:paraId="16FA4917" w14:textId="77777777" w:rsidTr="005D3757">
        <w:trPr>
          <w:trHeight w:val="301"/>
          <w:jc w:val="center"/>
        </w:trPr>
        <w:tc>
          <w:tcPr>
            <w:tcW w:w="1644" w:type="pct"/>
            <w:shd w:val="clear" w:color="auto" w:fill="D9E2F3"/>
            <w:vAlign w:val="center"/>
          </w:tcPr>
          <w:p w14:paraId="6D4AE26F" w14:textId="77777777" w:rsidR="005D3757" w:rsidRPr="005D3757" w:rsidRDefault="005D3757" w:rsidP="006E072E">
            <w:pPr>
              <w:rPr>
                <w:b/>
                <w:sz w:val="20"/>
              </w:rPr>
            </w:pPr>
            <w:r w:rsidRPr="005D3757">
              <w:rPr>
                <w:b/>
                <w:sz w:val="20"/>
              </w:rPr>
              <w:t xml:space="preserve">İşletmede Mesleki Eğitim </w:t>
            </w:r>
          </w:p>
          <w:p w14:paraId="6CDDA3CC" w14:textId="77777777" w:rsidR="005D3757" w:rsidRPr="005D3757" w:rsidRDefault="005D3757" w:rsidP="006E072E">
            <w:pPr>
              <w:rPr>
                <w:b/>
                <w:sz w:val="20"/>
              </w:rPr>
            </w:pPr>
            <w:r w:rsidRPr="005D3757">
              <w:rPr>
                <w:b/>
                <w:sz w:val="20"/>
              </w:rPr>
              <w:t>Uygulama Birimi</w:t>
            </w:r>
          </w:p>
        </w:tc>
        <w:tc>
          <w:tcPr>
            <w:tcW w:w="3356" w:type="pct"/>
            <w:gridSpan w:val="2"/>
            <w:vAlign w:val="center"/>
          </w:tcPr>
          <w:p w14:paraId="0DE1C378" w14:textId="6A50C9B1" w:rsidR="005D3757" w:rsidRPr="005D3757" w:rsidRDefault="005D3757" w:rsidP="006E072E">
            <w:pPr>
              <w:rPr>
                <w:sz w:val="20"/>
              </w:rPr>
            </w:pPr>
            <w:r w:rsidRPr="005D3757">
              <w:rPr>
                <w:sz w:val="20"/>
              </w:rPr>
              <w:t>☐ Ordu Devlet Hastanesi                         ☐Altınordu İlçe Sağlık Müdürlüğü</w:t>
            </w:r>
          </w:p>
          <w:p w14:paraId="29149DE6" w14:textId="778C18D2" w:rsidR="005D3757" w:rsidRPr="005D3757" w:rsidRDefault="005D3757" w:rsidP="006E072E">
            <w:pPr>
              <w:rPr>
                <w:sz w:val="20"/>
              </w:rPr>
            </w:pPr>
            <w:r w:rsidRPr="005D3757">
              <w:rPr>
                <w:sz w:val="20"/>
              </w:rPr>
              <w:t>☐ Ordu Üniversitesi Eğitim Araştırma Hastanesi     ☐ Diğer ……………</w:t>
            </w:r>
            <w:r>
              <w:rPr>
                <w:sz w:val="20"/>
              </w:rPr>
              <w:t>….</w:t>
            </w:r>
          </w:p>
        </w:tc>
      </w:tr>
      <w:tr w:rsidR="00835350" w:rsidRPr="00E72278" w14:paraId="4C8D7B27" w14:textId="77777777" w:rsidTr="005D3757">
        <w:trPr>
          <w:jc w:val="center"/>
        </w:trPr>
        <w:tc>
          <w:tcPr>
            <w:tcW w:w="1644" w:type="pct"/>
            <w:shd w:val="clear" w:color="auto" w:fill="D9E2F3"/>
            <w:vAlign w:val="center"/>
          </w:tcPr>
          <w:p w14:paraId="42B8F50A" w14:textId="42F3A8AB" w:rsidR="00835350" w:rsidRPr="00E72278" w:rsidRDefault="00835350" w:rsidP="00DC3346">
            <w:pPr>
              <w:rPr>
                <w:b/>
                <w:szCs w:val="24"/>
              </w:rPr>
            </w:pPr>
            <w:r w:rsidRPr="00E72278">
              <w:rPr>
                <w:b/>
                <w:sz w:val="18"/>
              </w:rPr>
              <w:t xml:space="preserve">İME </w:t>
            </w:r>
            <w:r w:rsidR="00555B08">
              <w:rPr>
                <w:b/>
                <w:sz w:val="18"/>
              </w:rPr>
              <w:t>Dersi</w:t>
            </w:r>
          </w:p>
        </w:tc>
        <w:tc>
          <w:tcPr>
            <w:tcW w:w="1643" w:type="pct"/>
            <w:tcBorders>
              <w:bottom w:val="single" w:sz="4" w:space="0" w:color="auto"/>
            </w:tcBorders>
            <w:vAlign w:val="center"/>
          </w:tcPr>
          <w:p w14:paraId="48D4EBEF" w14:textId="4A6BE3FB" w:rsidR="00835350" w:rsidRPr="00555B08" w:rsidRDefault="00835350" w:rsidP="002730BC">
            <w:pPr>
              <w:rPr>
                <w:b/>
                <w:bCs/>
                <w:sz w:val="20"/>
                <w:szCs w:val="24"/>
              </w:rPr>
            </w:pPr>
            <w:r w:rsidRPr="00555B08">
              <w:rPr>
                <w:b/>
                <w:bCs/>
                <w:sz w:val="20"/>
                <w:szCs w:val="24"/>
              </w:rPr>
              <w:t>☐ HEM 401</w:t>
            </w:r>
          </w:p>
        </w:tc>
        <w:tc>
          <w:tcPr>
            <w:tcW w:w="1713" w:type="pct"/>
            <w:tcBorders>
              <w:bottom w:val="single" w:sz="4" w:space="0" w:color="auto"/>
            </w:tcBorders>
            <w:vAlign w:val="center"/>
          </w:tcPr>
          <w:p w14:paraId="4C9D608A" w14:textId="2815F691" w:rsidR="00835350" w:rsidRPr="00555B08" w:rsidRDefault="00835350" w:rsidP="002730BC">
            <w:pPr>
              <w:rPr>
                <w:b/>
                <w:bCs/>
                <w:sz w:val="20"/>
                <w:szCs w:val="24"/>
              </w:rPr>
            </w:pPr>
            <w:r w:rsidRPr="00555B08">
              <w:rPr>
                <w:b/>
                <w:bCs/>
                <w:sz w:val="20"/>
                <w:szCs w:val="24"/>
              </w:rPr>
              <w:t>☐ HEM 402</w:t>
            </w:r>
          </w:p>
        </w:tc>
      </w:tr>
      <w:tr w:rsidR="00835350" w:rsidRPr="00E72278" w14:paraId="639C17B2" w14:textId="77777777" w:rsidTr="005D3757">
        <w:trPr>
          <w:jc w:val="center"/>
        </w:trPr>
        <w:tc>
          <w:tcPr>
            <w:tcW w:w="1644" w:type="pct"/>
            <w:shd w:val="clear" w:color="auto" w:fill="D9E2F3"/>
            <w:vAlign w:val="center"/>
          </w:tcPr>
          <w:p w14:paraId="39E3F32D" w14:textId="3A748667" w:rsidR="00835350" w:rsidRPr="00E72278" w:rsidRDefault="00555B08" w:rsidP="00DC3346">
            <w:pPr>
              <w:rPr>
                <w:rFonts w:cs="Times New Roman"/>
                <w:sz w:val="20"/>
                <w:szCs w:val="20"/>
              </w:rPr>
            </w:pPr>
            <w:r w:rsidRPr="00E72278">
              <w:rPr>
                <w:b/>
                <w:sz w:val="18"/>
              </w:rPr>
              <w:t>İME Alanı</w:t>
            </w:r>
          </w:p>
        </w:tc>
        <w:tc>
          <w:tcPr>
            <w:tcW w:w="1643" w:type="pct"/>
            <w:tcBorders>
              <w:right w:val="nil"/>
            </w:tcBorders>
            <w:vAlign w:val="center"/>
          </w:tcPr>
          <w:p w14:paraId="4F1ACB3D" w14:textId="77777777" w:rsidR="00835350" w:rsidRPr="00E72278" w:rsidRDefault="00835350" w:rsidP="00DC3346">
            <w:pPr>
              <w:rPr>
                <w:sz w:val="18"/>
              </w:rPr>
            </w:pPr>
            <w:r w:rsidRPr="00E72278">
              <w:rPr>
                <w:sz w:val="18"/>
              </w:rPr>
              <w:t xml:space="preserve">☐ İç Hastalıkları Hemşireliği </w:t>
            </w:r>
          </w:p>
          <w:p w14:paraId="51F3C6F7" w14:textId="0E85CC96" w:rsidR="00835350" w:rsidRPr="00E72278" w:rsidRDefault="00835350" w:rsidP="00DC3346">
            <w:pPr>
              <w:rPr>
                <w:sz w:val="18"/>
              </w:rPr>
            </w:pPr>
            <w:r w:rsidRPr="00E72278">
              <w:rPr>
                <w:sz w:val="18"/>
              </w:rPr>
              <w:t>☐ Cerrahi Hastalıklar Hemşireliği</w:t>
            </w:r>
          </w:p>
          <w:p w14:paraId="74FAE777" w14:textId="77777777" w:rsidR="00835350" w:rsidRPr="00E72278" w:rsidRDefault="00835350" w:rsidP="00DC3346">
            <w:pPr>
              <w:rPr>
                <w:sz w:val="18"/>
              </w:rPr>
            </w:pPr>
            <w:r w:rsidRPr="00E72278">
              <w:rPr>
                <w:sz w:val="18"/>
              </w:rPr>
              <w:t xml:space="preserve">☐ Kadın Sağlığı ve Hastalıkları Hemşireliği </w:t>
            </w:r>
          </w:p>
        </w:tc>
        <w:tc>
          <w:tcPr>
            <w:tcW w:w="1713" w:type="pct"/>
            <w:tcBorders>
              <w:left w:val="nil"/>
            </w:tcBorders>
            <w:vAlign w:val="center"/>
          </w:tcPr>
          <w:p w14:paraId="6E51F554" w14:textId="02439013" w:rsidR="00835350" w:rsidRPr="00E72278" w:rsidRDefault="00835350" w:rsidP="00DC3346">
            <w:pPr>
              <w:rPr>
                <w:sz w:val="18"/>
              </w:rPr>
            </w:pPr>
            <w:r w:rsidRPr="00E72278">
              <w:rPr>
                <w:sz w:val="18"/>
              </w:rPr>
              <w:t>☐ Çocuk Sağlığı ve Hastalıkları Hemşireliği</w:t>
            </w:r>
          </w:p>
          <w:p w14:paraId="593D9791" w14:textId="2429DF87" w:rsidR="00835350" w:rsidRPr="00E72278" w:rsidRDefault="00835350" w:rsidP="00DC3346">
            <w:pPr>
              <w:rPr>
                <w:sz w:val="18"/>
              </w:rPr>
            </w:pPr>
            <w:r w:rsidRPr="00E72278">
              <w:rPr>
                <w:sz w:val="18"/>
              </w:rPr>
              <w:t>☐ Ruh Sağlığı ve Hastalıkları Hemşireliği</w:t>
            </w:r>
          </w:p>
          <w:p w14:paraId="78F4D4FE" w14:textId="2AEC7FDA" w:rsidR="00835350" w:rsidRPr="00E72278" w:rsidRDefault="00835350" w:rsidP="00DC3346">
            <w:pPr>
              <w:rPr>
                <w:rFonts w:cs="Times New Roman"/>
                <w:sz w:val="20"/>
                <w:szCs w:val="20"/>
              </w:rPr>
            </w:pPr>
            <w:r w:rsidRPr="00E72278">
              <w:rPr>
                <w:sz w:val="18"/>
              </w:rPr>
              <w:t>☐ Halk Sağlığı ve Hastalıkları Hemşireliği</w:t>
            </w:r>
          </w:p>
        </w:tc>
      </w:tr>
    </w:tbl>
    <w:p w14:paraId="7645F894" w14:textId="77777777" w:rsidR="00B22E20" w:rsidRPr="00E72278" w:rsidRDefault="00B22E20">
      <w:pPr>
        <w:rPr>
          <w:rFonts w:cs="Times New Roman"/>
          <w:sz w:val="20"/>
          <w:szCs w:val="20"/>
        </w:rPr>
      </w:pPr>
    </w:p>
    <w:tbl>
      <w:tblPr>
        <w:tblStyle w:val="TabloKlavuzu"/>
        <w:tblW w:w="5075" w:type="pct"/>
        <w:jc w:val="center"/>
        <w:tblLook w:val="04A0" w:firstRow="1" w:lastRow="0" w:firstColumn="1" w:lastColumn="0" w:noHBand="0" w:noVBand="1"/>
      </w:tblPr>
      <w:tblGrid>
        <w:gridCol w:w="5095"/>
        <w:gridCol w:w="5248"/>
      </w:tblGrid>
      <w:tr w:rsidR="00382786" w:rsidRPr="00E72278" w14:paraId="2BCF2152" w14:textId="77777777" w:rsidTr="005D3757">
        <w:trPr>
          <w:trHeight w:val="928"/>
          <w:jc w:val="center"/>
        </w:trPr>
        <w:tc>
          <w:tcPr>
            <w:tcW w:w="2463" w:type="pct"/>
            <w:shd w:val="clear" w:color="auto" w:fill="D9E2F3"/>
          </w:tcPr>
          <w:p w14:paraId="755E3BB3" w14:textId="77777777" w:rsidR="00382786" w:rsidRPr="00E72278" w:rsidRDefault="00382786">
            <w:pPr>
              <w:jc w:val="center"/>
              <w:rPr>
                <w:rFonts w:cs="Times New Roman"/>
                <w:sz w:val="22"/>
              </w:rPr>
            </w:pPr>
            <w:r w:rsidRPr="00E72278">
              <w:rPr>
                <w:rFonts w:cs="Times New Roman"/>
                <w:b/>
                <w:sz w:val="22"/>
              </w:rPr>
              <w:t>ÖĞRENCİ</w:t>
            </w:r>
          </w:p>
        </w:tc>
        <w:tc>
          <w:tcPr>
            <w:tcW w:w="2537" w:type="pct"/>
            <w:shd w:val="clear" w:color="auto" w:fill="D9E2F3"/>
          </w:tcPr>
          <w:p w14:paraId="3B253EA2" w14:textId="516A4BCB" w:rsidR="00382786" w:rsidRPr="00E72278" w:rsidRDefault="00D5534E">
            <w:pPr>
              <w:jc w:val="center"/>
              <w:rPr>
                <w:rFonts w:cs="Times New Roman"/>
                <w:b/>
                <w:bCs/>
                <w:sz w:val="22"/>
              </w:rPr>
            </w:pPr>
            <w:r w:rsidRPr="00E72278">
              <w:rPr>
                <w:rFonts w:cs="Times New Roman"/>
                <w:b/>
                <w:bCs/>
                <w:sz w:val="22"/>
              </w:rPr>
              <w:t>HEMŞİRELİK BÖLÜM BAŞKANI</w:t>
            </w:r>
          </w:p>
        </w:tc>
      </w:tr>
      <w:tr w:rsidR="00382786" w:rsidRPr="00E72278" w14:paraId="596FAB80" w14:textId="77777777" w:rsidTr="005D3757">
        <w:trPr>
          <w:trHeight w:val="2458"/>
          <w:jc w:val="center"/>
        </w:trPr>
        <w:tc>
          <w:tcPr>
            <w:tcW w:w="2463" w:type="pct"/>
          </w:tcPr>
          <w:p w14:paraId="5E5CF811" w14:textId="77777777" w:rsidR="008D13A7" w:rsidRPr="00E72278" w:rsidRDefault="00382786">
            <w:pPr>
              <w:rPr>
                <w:rFonts w:cs="Times New Roman"/>
                <w:sz w:val="22"/>
              </w:rPr>
            </w:pPr>
            <w:r w:rsidRPr="00E72278">
              <w:rPr>
                <w:rFonts w:cs="Times New Roman"/>
                <w:sz w:val="22"/>
              </w:rPr>
              <w:t>Adı Soyadı:</w:t>
            </w:r>
            <w:r w:rsidRPr="00E72278">
              <w:rPr>
                <w:rFonts w:cs="Times New Roman"/>
                <w:sz w:val="22"/>
              </w:rPr>
              <w:br/>
            </w:r>
          </w:p>
          <w:p w14:paraId="7C3361DC" w14:textId="77777777" w:rsidR="008D13A7" w:rsidRPr="00E72278" w:rsidRDefault="00382786">
            <w:pPr>
              <w:rPr>
                <w:rFonts w:cs="Times New Roman"/>
                <w:sz w:val="22"/>
              </w:rPr>
            </w:pPr>
            <w:r w:rsidRPr="00E72278">
              <w:rPr>
                <w:rFonts w:cs="Times New Roman"/>
                <w:sz w:val="22"/>
              </w:rPr>
              <w:t>Tarih:</w:t>
            </w:r>
            <w:r w:rsidRPr="00E72278">
              <w:rPr>
                <w:rFonts w:cs="Times New Roman"/>
                <w:sz w:val="22"/>
              </w:rPr>
              <w:br/>
            </w:r>
          </w:p>
          <w:p w14:paraId="443DFEE9" w14:textId="2FA586DC" w:rsidR="00382786" w:rsidRPr="00E72278" w:rsidRDefault="00382786">
            <w:pPr>
              <w:rPr>
                <w:rFonts w:cs="Times New Roman"/>
                <w:sz w:val="22"/>
              </w:rPr>
            </w:pPr>
            <w:r w:rsidRPr="00E72278">
              <w:rPr>
                <w:rFonts w:cs="Times New Roman"/>
                <w:sz w:val="22"/>
              </w:rPr>
              <w:t>İmza:</w:t>
            </w:r>
          </w:p>
        </w:tc>
        <w:tc>
          <w:tcPr>
            <w:tcW w:w="2537" w:type="pct"/>
          </w:tcPr>
          <w:p w14:paraId="76F21DE1" w14:textId="779761C2" w:rsidR="008D13A7" w:rsidRPr="00E72278" w:rsidRDefault="00D36472">
            <w:pPr>
              <w:rPr>
                <w:rFonts w:cs="Times New Roman"/>
                <w:sz w:val="22"/>
              </w:rPr>
            </w:pPr>
            <w:r>
              <w:rPr>
                <w:rFonts w:cs="Times New Roman"/>
                <w:sz w:val="22"/>
              </w:rPr>
              <w:t>Unvanı/Adı</w:t>
            </w:r>
            <w:r w:rsidR="00382786" w:rsidRPr="00E72278">
              <w:rPr>
                <w:rFonts w:cs="Times New Roman"/>
                <w:sz w:val="22"/>
              </w:rPr>
              <w:t xml:space="preserve"> Soyadı:</w:t>
            </w:r>
            <w:r w:rsidR="00382786" w:rsidRPr="00E72278">
              <w:rPr>
                <w:rFonts w:cs="Times New Roman"/>
                <w:sz w:val="22"/>
              </w:rPr>
              <w:br/>
            </w:r>
          </w:p>
          <w:p w14:paraId="2F0C23C9" w14:textId="77777777" w:rsidR="008D13A7" w:rsidRPr="00E72278" w:rsidRDefault="00382786">
            <w:pPr>
              <w:rPr>
                <w:rFonts w:cs="Times New Roman"/>
                <w:sz w:val="22"/>
              </w:rPr>
            </w:pPr>
            <w:r w:rsidRPr="00E72278">
              <w:rPr>
                <w:rFonts w:cs="Times New Roman"/>
                <w:sz w:val="22"/>
              </w:rPr>
              <w:t>Tarih:</w:t>
            </w:r>
            <w:r w:rsidRPr="00E72278">
              <w:rPr>
                <w:rFonts w:cs="Times New Roman"/>
                <w:sz w:val="22"/>
              </w:rPr>
              <w:br/>
            </w:r>
          </w:p>
          <w:p w14:paraId="19690C5C" w14:textId="41713507" w:rsidR="00382786" w:rsidRPr="00E72278" w:rsidRDefault="00382786">
            <w:pPr>
              <w:rPr>
                <w:rFonts w:cs="Times New Roman"/>
                <w:sz w:val="22"/>
              </w:rPr>
            </w:pPr>
            <w:r w:rsidRPr="00E72278">
              <w:rPr>
                <w:rFonts w:cs="Times New Roman"/>
                <w:sz w:val="22"/>
              </w:rPr>
              <w:t>İmza:</w:t>
            </w:r>
          </w:p>
        </w:tc>
      </w:tr>
    </w:tbl>
    <w:p w14:paraId="4032B32F" w14:textId="744D1432" w:rsidR="00555B20" w:rsidRDefault="00555B20">
      <w:pPr>
        <w:rPr>
          <w:rFonts w:cs="Times New Roman"/>
          <w:sz w:val="20"/>
          <w:szCs w:val="20"/>
        </w:rPr>
      </w:pPr>
    </w:p>
    <w:p w14:paraId="1E029F12" w14:textId="77777777" w:rsidR="00555B20" w:rsidRDefault="00555B20">
      <w:pPr>
        <w:rPr>
          <w:rFonts w:cs="Times New Roman"/>
          <w:sz w:val="20"/>
          <w:szCs w:val="20"/>
        </w:rPr>
      </w:pPr>
    </w:p>
    <w:p w14:paraId="130120F4" w14:textId="1996897F" w:rsidR="003D6E03" w:rsidRDefault="003D6E03" w:rsidP="003D6E03">
      <w:pPr>
        <w:spacing w:after="0"/>
        <w:rPr>
          <w:sz w:val="20"/>
        </w:rPr>
      </w:pPr>
      <w:r>
        <w:t>PP.2.2.FR.001</w:t>
      </w:r>
      <w:r w:rsidR="00CE67A1">
        <w:t>7</w:t>
      </w:r>
      <w:r>
        <w:t xml:space="preserve">, R0 EYLÜL 2026                                                                                                                              </w:t>
      </w:r>
      <w:r w:rsidR="00F17ECD" w:rsidRPr="00F17ECD">
        <w:rPr>
          <w:b/>
          <w:bCs/>
        </w:rPr>
        <w:t>2</w:t>
      </w:r>
      <w:r w:rsidRPr="00F17ECD">
        <w:rPr>
          <w:b/>
          <w:bCs/>
        </w:rPr>
        <w:t>/</w:t>
      </w:r>
      <w:r>
        <w:rPr>
          <w:b/>
          <w:bCs/>
        </w:rPr>
        <w:t>2</w:t>
      </w:r>
      <w:r>
        <w:t xml:space="preserve">                </w:t>
      </w:r>
    </w:p>
    <w:p w14:paraId="2D59FDE5" w14:textId="77777777" w:rsidR="003D6E03" w:rsidRDefault="003D6E03" w:rsidP="003D6E03">
      <w:pPr>
        <w:spacing w:after="0"/>
      </w:pPr>
    </w:p>
    <w:p w14:paraId="6D7D9360" w14:textId="77777777" w:rsidR="003D6E03" w:rsidRDefault="003D6E03" w:rsidP="003D6E03">
      <w:pPr>
        <w:pStyle w:val="AltBilgi"/>
        <w:tabs>
          <w:tab w:val="left" w:pos="3143"/>
        </w:tabs>
        <w:jc w:val="center"/>
        <w:rPr>
          <w:rFonts w:cs="Times New Roman"/>
          <w:i/>
          <w:iCs/>
          <w:szCs w:val="20"/>
        </w:rPr>
      </w:pPr>
    </w:p>
    <w:p w14:paraId="5D1986ED" w14:textId="77777777" w:rsidR="003D6E03" w:rsidRDefault="003D6E03" w:rsidP="003D6E03">
      <w:pPr>
        <w:pStyle w:val="AltBilgi"/>
        <w:tabs>
          <w:tab w:val="left" w:pos="3143"/>
        </w:tabs>
        <w:jc w:val="center"/>
        <w:rPr>
          <w:rFonts w:cs="Times New Roman"/>
          <w:i/>
          <w:iCs/>
          <w:szCs w:val="20"/>
        </w:rPr>
      </w:pPr>
    </w:p>
    <w:p w14:paraId="18A1F8A8" w14:textId="77777777" w:rsidR="003D6E03" w:rsidRDefault="003D6E03" w:rsidP="003D6E03">
      <w:pPr>
        <w:pStyle w:val="AltBilgi"/>
        <w:tabs>
          <w:tab w:val="left" w:pos="3143"/>
        </w:tabs>
        <w:jc w:val="center"/>
        <w:rPr>
          <w:rFonts w:cs="Times New Roman"/>
          <w:i/>
          <w:iCs/>
          <w:szCs w:val="20"/>
        </w:rPr>
      </w:pPr>
    </w:p>
    <w:p w14:paraId="0EE1514D" w14:textId="77777777" w:rsidR="003D6E03" w:rsidRDefault="003D6E03" w:rsidP="003D6E03">
      <w:pPr>
        <w:pStyle w:val="AltBilgi"/>
        <w:tabs>
          <w:tab w:val="left" w:pos="3143"/>
        </w:tabs>
        <w:jc w:val="center"/>
        <w:rPr>
          <w:rFonts w:cs="Times New Roman"/>
          <w:i/>
          <w:iCs/>
          <w:szCs w:val="20"/>
        </w:rPr>
      </w:pPr>
    </w:p>
    <w:p w14:paraId="036AA70C" w14:textId="77777777" w:rsidR="003D6E03" w:rsidRDefault="003D6E03" w:rsidP="003D6E03">
      <w:pPr>
        <w:pStyle w:val="AltBilgi"/>
        <w:tabs>
          <w:tab w:val="left" w:pos="3143"/>
        </w:tabs>
        <w:jc w:val="center"/>
        <w:rPr>
          <w:rFonts w:cs="Times New Roman"/>
          <w:i/>
          <w:iCs/>
          <w:szCs w:val="20"/>
        </w:rPr>
      </w:pPr>
    </w:p>
    <w:p w14:paraId="1B5EA4E6" w14:textId="77777777" w:rsidR="003D6E03" w:rsidRDefault="003D6E03" w:rsidP="003D6E03">
      <w:pPr>
        <w:pStyle w:val="AltBilgi"/>
        <w:tabs>
          <w:tab w:val="left" w:pos="3143"/>
        </w:tabs>
        <w:jc w:val="center"/>
        <w:rPr>
          <w:rFonts w:cs="Times New Roman"/>
          <w:i/>
          <w:iCs/>
          <w:szCs w:val="20"/>
        </w:rPr>
      </w:pPr>
    </w:p>
    <w:p w14:paraId="372B8297" w14:textId="77777777" w:rsidR="003D6E03" w:rsidRDefault="003D6E03" w:rsidP="003D6E03">
      <w:pPr>
        <w:pStyle w:val="AltBilgi"/>
        <w:tabs>
          <w:tab w:val="left" w:pos="3143"/>
        </w:tabs>
        <w:jc w:val="center"/>
        <w:rPr>
          <w:rFonts w:cs="Times New Roman"/>
          <w:i/>
          <w:iCs/>
          <w:szCs w:val="20"/>
        </w:rPr>
      </w:pPr>
    </w:p>
    <w:p w14:paraId="2AD0D0C0" w14:textId="77777777" w:rsidR="003D6E03" w:rsidRDefault="003D6E03" w:rsidP="003D6E03">
      <w:pPr>
        <w:pStyle w:val="AltBilgi"/>
        <w:tabs>
          <w:tab w:val="left" w:pos="3143"/>
        </w:tabs>
        <w:jc w:val="center"/>
        <w:rPr>
          <w:rFonts w:cs="Times New Roman"/>
          <w:i/>
          <w:iCs/>
          <w:szCs w:val="20"/>
        </w:rPr>
      </w:pPr>
    </w:p>
    <w:p w14:paraId="706DF814" w14:textId="1B3DBEE3" w:rsidR="003D6E03" w:rsidRDefault="003D6E03" w:rsidP="003D6E03">
      <w:pPr>
        <w:pStyle w:val="AltBilgi"/>
        <w:tabs>
          <w:tab w:val="left" w:pos="3143"/>
        </w:tabs>
        <w:jc w:val="center"/>
        <w:rPr>
          <w:rFonts w:cs="Times New Roman"/>
          <w:i/>
          <w:iCs/>
          <w:szCs w:val="20"/>
        </w:rPr>
      </w:pPr>
      <w:r>
        <w:rPr>
          <w:rFonts w:cs="Times New Roman"/>
          <w:i/>
          <w:iCs/>
          <w:szCs w:val="20"/>
        </w:rPr>
        <w:t xml:space="preserve">Bu dokümanın basılı hali kontrolsüz doküman kabul edilmektedir. </w:t>
      </w:r>
    </w:p>
    <w:p w14:paraId="45D318D1" w14:textId="77777777" w:rsidR="003D6E03" w:rsidRDefault="003D6E03" w:rsidP="003D6E03">
      <w:pPr>
        <w:pStyle w:val="AltBilgi"/>
        <w:jc w:val="center"/>
        <w:rPr>
          <w:rFonts w:cs="Times New Roman"/>
          <w:szCs w:val="20"/>
        </w:rPr>
      </w:pPr>
      <w:r>
        <w:rPr>
          <w:rFonts w:cs="Times New Roman"/>
          <w:i/>
          <w:iCs/>
          <w:szCs w:val="20"/>
        </w:rPr>
        <w:t>Lütfen web sitesinden en son versiyonuna ulaşınız.</w:t>
      </w:r>
    </w:p>
    <w:p w14:paraId="5C3ACD98" w14:textId="7AFE90AC" w:rsidR="00555B20" w:rsidRPr="004145FE" w:rsidRDefault="00555B20">
      <w:pPr>
        <w:rPr>
          <w:rFonts w:cs="Times New Roman"/>
          <w:sz w:val="20"/>
          <w:szCs w:val="20"/>
        </w:rPr>
      </w:pPr>
    </w:p>
    <w:sectPr w:rsidR="00555B20" w:rsidRPr="004145FE" w:rsidSect="00034616">
      <w:footerReference w:type="default" r:id="rId8"/>
      <w:pgSz w:w="12240" w:h="15840"/>
      <w:pgMar w:top="907"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03D93" w14:textId="77777777" w:rsidR="00C313CB" w:rsidRPr="00E72278" w:rsidRDefault="00C313CB">
      <w:pPr>
        <w:spacing w:after="0"/>
      </w:pPr>
      <w:r w:rsidRPr="00E72278">
        <w:separator/>
      </w:r>
    </w:p>
  </w:endnote>
  <w:endnote w:type="continuationSeparator" w:id="0">
    <w:p w14:paraId="7703C552" w14:textId="77777777" w:rsidR="00C313CB" w:rsidRPr="00E72278" w:rsidRDefault="00C313CB">
      <w:pPr>
        <w:spacing w:after="0"/>
      </w:pPr>
      <w:r w:rsidRPr="00E722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FF346" w14:textId="77777777" w:rsidR="00B22E20" w:rsidRPr="00E72278" w:rsidRDefault="004D5AF4">
    <w:pPr>
      <w:pStyle w:val="AltBilgi"/>
      <w:jc w:val="center"/>
    </w:pPr>
    <w:r w:rsidRPr="00E72278">
      <w:rPr>
        <w:sz w:val="16"/>
      </w:rPr>
      <w:t>Ordu Üniversitesi Sağlık Bilimleri Fakültesi Hemşirelik Bölümü | Öğrenci Gizlilik Sözleşmesi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37D0D" w14:textId="77777777" w:rsidR="00C313CB" w:rsidRPr="00E72278" w:rsidRDefault="00C313CB">
      <w:pPr>
        <w:spacing w:after="0"/>
      </w:pPr>
      <w:r w:rsidRPr="00E72278">
        <w:separator/>
      </w:r>
    </w:p>
  </w:footnote>
  <w:footnote w:type="continuationSeparator" w:id="0">
    <w:p w14:paraId="00442A7F" w14:textId="77777777" w:rsidR="00C313CB" w:rsidRPr="00E72278" w:rsidRDefault="00C313CB">
      <w:pPr>
        <w:spacing w:after="0"/>
      </w:pPr>
      <w:r w:rsidRPr="00E7227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188955558">
    <w:abstractNumId w:val="8"/>
  </w:num>
  <w:num w:numId="2" w16cid:durableId="1200120575">
    <w:abstractNumId w:val="6"/>
  </w:num>
  <w:num w:numId="3" w16cid:durableId="284195211">
    <w:abstractNumId w:val="5"/>
  </w:num>
  <w:num w:numId="4" w16cid:durableId="1457215962">
    <w:abstractNumId w:val="4"/>
  </w:num>
  <w:num w:numId="5" w16cid:durableId="1848132627">
    <w:abstractNumId w:val="7"/>
  </w:num>
  <w:num w:numId="6" w16cid:durableId="521434464">
    <w:abstractNumId w:val="3"/>
  </w:num>
  <w:num w:numId="7" w16cid:durableId="1513226923">
    <w:abstractNumId w:val="2"/>
  </w:num>
  <w:num w:numId="8" w16cid:durableId="737555516">
    <w:abstractNumId w:val="1"/>
  </w:num>
  <w:num w:numId="9" w16cid:durableId="287905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97D"/>
    <w:rsid w:val="00031F12"/>
    <w:rsid w:val="00034616"/>
    <w:rsid w:val="0006063C"/>
    <w:rsid w:val="00074A7A"/>
    <w:rsid w:val="000E3BFE"/>
    <w:rsid w:val="00145756"/>
    <w:rsid w:val="0015074B"/>
    <w:rsid w:val="002730BC"/>
    <w:rsid w:val="0029639D"/>
    <w:rsid w:val="002D446A"/>
    <w:rsid w:val="00320042"/>
    <w:rsid w:val="00326F90"/>
    <w:rsid w:val="003419F5"/>
    <w:rsid w:val="00382786"/>
    <w:rsid w:val="00383B5D"/>
    <w:rsid w:val="003A1FDA"/>
    <w:rsid w:val="003D6E03"/>
    <w:rsid w:val="0041345B"/>
    <w:rsid w:val="00414296"/>
    <w:rsid w:val="004145FE"/>
    <w:rsid w:val="004157B9"/>
    <w:rsid w:val="00486375"/>
    <w:rsid w:val="004D5AF4"/>
    <w:rsid w:val="00555B08"/>
    <w:rsid w:val="00555B20"/>
    <w:rsid w:val="00594502"/>
    <w:rsid w:val="005C7731"/>
    <w:rsid w:val="005D3757"/>
    <w:rsid w:val="00654AA9"/>
    <w:rsid w:val="006C47DC"/>
    <w:rsid w:val="00746CF1"/>
    <w:rsid w:val="00780136"/>
    <w:rsid w:val="007A0EB5"/>
    <w:rsid w:val="00811239"/>
    <w:rsid w:val="00823A53"/>
    <w:rsid w:val="00835350"/>
    <w:rsid w:val="008400E2"/>
    <w:rsid w:val="00847318"/>
    <w:rsid w:val="00853E44"/>
    <w:rsid w:val="0086464E"/>
    <w:rsid w:val="008A7597"/>
    <w:rsid w:val="008D13A7"/>
    <w:rsid w:val="009005BA"/>
    <w:rsid w:val="009715A5"/>
    <w:rsid w:val="00984011"/>
    <w:rsid w:val="00986FDE"/>
    <w:rsid w:val="00A05148"/>
    <w:rsid w:val="00AA1D8D"/>
    <w:rsid w:val="00B22E20"/>
    <w:rsid w:val="00B47730"/>
    <w:rsid w:val="00C313CB"/>
    <w:rsid w:val="00C84FB2"/>
    <w:rsid w:val="00CB0664"/>
    <w:rsid w:val="00CE3071"/>
    <w:rsid w:val="00CE67A1"/>
    <w:rsid w:val="00D02B70"/>
    <w:rsid w:val="00D36472"/>
    <w:rsid w:val="00D5534E"/>
    <w:rsid w:val="00D64585"/>
    <w:rsid w:val="00DC3346"/>
    <w:rsid w:val="00E006AA"/>
    <w:rsid w:val="00E72278"/>
    <w:rsid w:val="00ED499F"/>
    <w:rsid w:val="00F17728"/>
    <w:rsid w:val="00F17ECD"/>
    <w:rsid w:val="00F72186"/>
    <w:rsid w:val="00FC693F"/>
    <w:rsid w:val="00FE2F09"/>
    <w:rsid w:val="00FF02B0"/>
    <w:rsid w:val="00FF11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9467A5"/>
  <w14:defaultImageDpi w14:val="300"/>
  <w15:docId w15:val="{A833F09C-9922-43C7-85F2-4A8A13760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Times New Roman" w:hAnsi="Times New Roman"/>
      <w:sz w:val="21"/>
      <w:lang w:val="tr-TR"/>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862</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Yılmaz DEPE</cp:lastModifiedBy>
  <cp:revision>4</cp:revision>
  <cp:lastPrinted>2026-09-22T06:09:00Z</cp:lastPrinted>
  <dcterms:created xsi:type="dcterms:W3CDTF">2026-09-24T11:29:00Z</dcterms:created>
  <dcterms:modified xsi:type="dcterms:W3CDTF">2026-09-24T12:33:00Z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6b6ee693-b7a9-4cea-8e98-4f04f9c24344</vt:lpwstr>
  </property>
</Properties>
</file>