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EDA1D" w14:textId="77777777" w:rsidR="00A65B25" w:rsidRPr="00204ECE" w:rsidRDefault="00A56D29">
      <w:pPr>
        <w:spacing w:after="40"/>
        <w:jc w:val="center"/>
        <w:rPr>
          <w:rFonts w:ascii="Times New Roman" w:hAnsi="Times New Roman" w:cs="Times New Roman"/>
          <w:sz w:val="20"/>
          <w:szCs w:val="20"/>
        </w:rPr>
      </w:pPr>
      <w:r w:rsidRPr="00204ECE">
        <w:rPr>
          <w:rFonts w:ascii="Times New Roman" w:hAnsi="Times New Roman" w:cs="Times New Roman"/>
          <w:b/>
          <w:sz w:val="20"/>
          <w:szCs w:val="20"/>
        </w:rPr>
        <w:t>T.C.</w:t>
      </w:r>
      <w:r w:rsidRPr="00204ECE">
        <w:rPr>
          <w:rFonts w:ascii="Times New Roman" w:hAnsi="Times New Roman" w:cs="Times New Roman"/>
          <w:b/>
          <w:sz w:val="20"/>
          <w:szCs w:val="20"/>
        </w:rPr>
        <w:br/>
        <w:t>ORDU ÜNİVERSİTESİ</w:t>
      </w:r>
      <w:r w:rsidRPr="00204ECE">
        <w:rPr>
          <w:rFonts w:ascii="Times New Roman" w:hAnsi="Times New Roman" w:cs="Times New Roman"/>
          <w:b/>
          <w:sz w:val="20"/>
          <w:szCs w:val="20"/>
        </w:rPr>
        <w:br/>
        <w:t>SAĞLIK BİLİMLERİ FAKÜLTESİ</w:t>
      </w:r>
      <w:r w:rsidRPr="00204ECE">
        <w:rPr>
          <w:rFonts w:ascii="Times New Roman" w:hAnsi="Times New Roman" w:cs="Times New Roman"/>
          <w:b/>
          <w:sz w:val="20"/>
          <w:szCs w:val="20"/>
        </w:rPr>
        <w:br/>
        <w:t>HEMŞİRELİK BÖLÜMÜ</w:t>
      </w:r>
    </w:p>
    <w:p w14:paraId="7572808B" w14:textId="77777777" w:rsidR="00A65B25" w:rsidRPr="00204ECE" w:rsidRDefault="00A56D29">
      <w:pPr>
        <w:spacing w:after="40"/>
        <w:jc w:val="center"/>
        <w:rPr>
          <w:rFonts w:ascii="Times New Roman" w:hAnsi="Times New Roman" w:cs="Times New Roman"/>
          <w:sz w:val="20"/>
          <w:szCs w:val="20"/>
        </w:rPr>
      </w:pPr>
      <w:r w:rsidRPr="00204ECE">
        <w:rPr>
          <w:rFonts w:ascii="Times New Roman" w:hAnsi="Times New Roman" w:cs="Times New Roman"/>
          <w:b/>
          <w:sz w:val="20"/>
          <w:szCs w:val="20"/>
        </w:rPr>
        <w:t>İŞLETMEDE MESLEKİ EĞİTİM KABUL FORMU</w:t>
      </w:r>
    </w:p>
    <w:p w14:paraId="44BA57EC" w14:textId="77777777" w:rsidR="00A65B25" w:rsidRPr="00204ECE" w:rsidRDefault="00A56D29" w:rsidP="00F82AC4">
      <w:pPr>
        <w:spacing w:after="20"/>
        <w:ind w:firstLine="720"/>
        <w:rPr>
          <w:rFonts w:ascii="Times New Roman" w:hAnsi="Times New Roman" w:cs="Times New Roman"/>
          <w:sz w:val="20"/>
          <w:szCs w:val="20"/>
        </w:rPr>
      </w:pPr>
      <w:r w:rsidRPr="00204ECE">
        <w:rPr>
          <w:rFonts w:ascii="Times New Roman" w:hAnsi="Times New Roman" w:cs="Times New Roman"/>
          <w:b/>
          <w:sz w:val="20"/>
          <w:szCs w:val="20"/>
        </w:rPr>
        <w:t>İlgili Makama,</w:t>
      </w:r>
    </w:p>
    <w:p w14:paraId="130FBD76" w14:textId="26B21ED2" w:rsidR="00A65B25" w:rsidRPr="00204ECE" w:rsidRDefault="00A56D29" w:rsidP="0095041C">
      <w:pPr>
        <w:ind w:firstLine="720"/>
        <w:jc w:val="both"/>
        <w:rPr>
          <w:rFonts w:ascii="Times New Roman" w:hAnsi="Times New Roman" w:cs="Times New Roman"/>
          <w:sz w:val="20"/>
          <w:szCs w:val="20"/>
        </w:rPr>
      </w:pPr>
      <w:r w:rsidRPr="00204ECE">
        <w:rPr>
          <w:rFonts w:ascii="Times New Roman" w:hAnsi="Times New Roman" w:cs="Times New Roman"/>
          <w:sz w:val="20"/>
          <w:szCs w:val="20"/>
        </w:rPr>
        <w:t>Aşağıda bilgileri yazılı öğrencimiz, HEM 401 İşletmede Mesleki Eğitim / HEM 402 İşletmede Mesleki Eğitim dersi kapsamında işletmede mesleki eğitim yapacaktır. İşletmede Mesleki Eğitim dersleri, Hemşirelik Bölümü eğitim programının 7. ve 8. yarıyıllarında yer alan ve öğrencinin lisans eğitimi süresince kazandığı bilgi ve becerilerini ilgili kurumlarda uygulayabildiği, haftada 2 saat teorik ve 32 saat (8 saat/gün) uygulamadan oluşan zorunlu bir derstir.</w:t>
      </w:r>
      <w:r w:rsidR="0095041C" w:rsidRPr="00204ECE">
        <w:rPr>
          <w:rFonts w:ascii="Times New Roman" w:hAnsi="Times New Roman" w:cs="Times New Roman"/>
          <w:sz w:val="20"/>
          <w:szCs w:val="20"/>
        </w:rPr>
        <w:t xml:space="preserve"> </w:t>
      </w:r>
      <w:r w:rsidR="00071999" w:rsidRPr="00204ECE">
        <w:rPr>
          <w:rFonts w:ascii="Times New Roman" w:hAnsi="Times New Roman" w:cs="Times New Roman"/>
          <w:sz w:val="20"/>
          <w:szCs w:val="20"/>
        </w:rPr>
        <w:t>Öğrencimizin mesleki eğitimini işyerinizde yapmasının tarafınızca kabul edilmesi halinde, 5510 sayılı “Sosyal Sigortalar ve Genel Sağlık Sigortası Kanunu” gereği “Sosyal Sigortalar Kurumu Sigortalı İşe Giriş Bildirgesi” düzenlenerek “İş Kazası ve Meslek Hastalıkları Sigorta Primi”, kurumumuz tarafından ödenecektir. Bilgilerinizi ve gereğini rica ederim.</w:t>
      </w:r>
    </w:p>
    <w:p w14:paraId="0B1AF140" w14:textId="77777777" w:rsidR="00204ECE" w:rsidRDefault="00204ECE" w:rsidP="00204ECE">
      <w:pPr>
        <w:spacing w:after="0"/>
        <w:jc w:val="right"/>
        <w:rPr>
          <w:rFonts w:ascii="Times New Roman" w:hAnsi="Times New Roman" w:cs="Times New Roman"/>
          <w:b/>
          <w:sz w:val="20"/>
          <w:szCs w:val="20"/>
        </w:rPr>
      </w:pPr>
    </w:p>
    <w:p w14:paraId="63D7428F" w14:textId="1F90A51C" w:rsidR="0095041C" w:rsidRDefault="00A56D29" w:rsidP="00204ECE">
      <w:pPr>
        <w:spacing w:after="0"/>
        <w:jc w:val="right"/>
        <w:rPr>
          <w:rFonts w:ascii="Times New Roman" w:hAnsi="Times New Roman" w:cs="Times New Roman"/>
          <w:sz w:val="20"/>
          <w:szCs w:val="20"/>
        </w:rPr>
      </w:pPr>
      <w:r w:rsidRPr="00204ECE">
        <w:rPr>
          <w:rFonts w:ascii="Times New Roman" w:hAnsi="Times New Roman" w:cs="Times New Roman"/>
          <w:b/>
          <w:sz w:val="20"/>
          <w:szCs w:val="20"/>
        </w:rPr>
        <w:t xml:space="preserve">Dekan </w:t>
      </w:r>
      <w:r w:rsidRPr="00204ECE">
        <w:rPr>
          <w:rFonts w:ascii="Times New Roman" w:hAnsi="Times New Roman" w:cs="Times New Roman"/>
          <w:b/>
          <w:sz w:val="20"/>
          <w:szCs w:val="20"/>
        </w:rPr>
        <w:br/>
        <w:t xml:space="preserve">İmza / </w:t>
      </w:r>
      <w:r w:rsidR="00071999" w:rsidRPr="00204ECE">
        <w:rPr>
          <w:rFonts w:ascii="Times New Roman" w:hAnsi="Times New Roman" w:cs="Times New Roman"/>
          <w:b/>
          <w:sz w:val="20"/>
          <w:szCs w:val="20"/>
        </w:rPr>
        <w:t>Kaşe</w:t>
      </w:r>
    </w:p>
    <w:p w14:paraId="3DC32DE8" w14:textId="77777777" w:rsidR="00204ECE" w:rsidRPr="00204ECE" w:rsidRDefault="00204ECE" w:rsidP="00204ECE">
      <w:pPr>
        <w:spacing w:after="0"/>
        <w:jc w:val="right"/>
        <w:rPr>
          <w:rFonts w:ascii="Times New Roman" w:hAnsi="Times New Roman" w:cs="Times New Roman"/>
          <w:sz w:val="20"/>
          <w:szCs w:val="20"/>
        </w:rPr>
      </w:pPr>
    </w:p>
    <w:p w14:paraId="291E8A2F" w14:textId="1777A3E5" w:rsidR="00A65B25" w:rsidRPr="00204ECE" w:rsidRDefault="00A56D29">
      <w:pPr>
        <w:spacing w:after="20"/>
        <w:jc w:val="center"/>
        <w:rPr>
          <w:rFonts w:ascii="Times New Roman" w:hAnsi="Times New Roman" w:cs="Times New Roman"/>
          <w:sz w:val="20"/>
          <w:szCs w:val="20"/>
        </w:rPr>
      </w:pPr>
      <w:r w:rsidRPr="00204ECE">
        <w:rPr>
          <w:rFonts w:ascii="Times New Roman" w:hAnsi="Times New Roman" w:cs="Times New Roman"/>
          <w:b/>
          <w:sz w:val="20"/>
          <w:szCs w:val="20"/>
        </w:rPr>
        <w:t>ÖĞRENCİ BİLGİLERİ</w:t>
      </w:r>
    </w:p>
    <w:tbl>
      <w:tblPr>
        <w:tblStyle w:val="TabloKlavuzu"/>
        <w:tblW w:w="0" w:type="auto"/>
        <w:jc w:val="center"/>
        <w:tblLook w:val="04A0" w:firstRow="1" w:lastRow="0" w:firstColumn="1" w:lastColumn="0" w:noHBand="0" w:noVBand="1"/>
      </w:tblPr>
      <w:tblGrid>
        <w:gridCol w:w="2693"/>
        <w:gridCol w:w="2967"/>
        <w:gridCol w:w="1234"/>
        <w:gridCol w:w="735"/>
        <w:gridCol w:w="1438"/>
        <w:gridCol w:w="2029"/>
      </w:tblGrid>
      <w:tr w:rsidR="00623A3C" w:rsidRPr="00204ECE" w14:paraId="5229179F" w14:textId="77777777" w:rsidTr="002441ED">
        <w:trPr>
          <w:jc w:val="center"/>
        </w:trPr>
        <w:tc>
          <w:tcPr>
            <w:tcW w:w="2693" w:type="dxa"/>
            <w:shd w:val="clear" w:color="auto" w:fill="EAF2F8"/>
            <w:tcMar>
              <w:top w:w="35" w:type="dxa"/>
              <w:left w:w="45" w:type="dxa"/>
              <w:bottom w:w="35" w:type="dxa"/>
              <w:right w:w="45" w:type="dxa"/>
            </w:tcMar>
          </w:tcPr>
          <w:p w14:paraId="13A7E918" w14:textId="77777777" w:rsidR="00623A3C" w:rsidRPr="00204ECE" w:rsidRDefault="00623A3C">
            <w:pPr>
              <w:rPr>
                <w:rFonts w:ascii="Times New Roman" w:hAnsi="Times New Roman" w:cs="Times New Roman"/>
                <w:sz w:val="20"/>
                <w:szCs w:val="20"/>
              </w:rPr>
            </w:pPr>
            <w:r w:rsidRPr="00204ECE">
              <w:rPr>
                <w:rFonts w:ascii="Times New Roman" w:hAnsi="Times New Roman" w:cs="Times New Roman"/>
                <w:b/>
                <w:sz w:val="20"/>
                <w:szCs w:val="20"/>
              </w:rPr>
              <w:t>Adı Soyadı</w:t>
            </w:r>
          </w:p>
        </w:tc>
        <w:tc>
          <w:tcPr>
            <w:tcW w:w="6374" w:type="dxa"/>
            <w:gridSpan w:val="4"/>
            <w:tcMar>
              <w:top w:w="35" w:type="dxa"/>
              <w:left w:w="45" w:type="dxa"/>
              <w:bottom w:w="35" w:type="dxa"/>
              <w:right w:w="45" w:type="dxa"/>
            </w:tcMar>
          </w:tcPr>
          <w:p w14:paraId="2BA60427" w14:textId="77777777" w:rsidR="00623A3C" w:rsidRPr="00204ECE" w:rsidRDefault="00623A3C">
            <w:pPr>
              <w:rPr>
                <w:rFonts w:ascii="Times New Roman" w:hAnsi="Times New Roman" w:cs="Times New Roman"/>
                <w:sz w:val="20"/>
                <w:szCs w:val="20"/>
              </w:rPr>
            </w:pPr>
          </w:p>
        </w:tc>
        <w:tc>
          <w:tcPr>
            <w:tcW w:w="2029" w:type="dxa"/>
            <w:vMerge w:val="restart"/>
            <w:shd w:val="clear" w:color="auto" w:fill="EAF2F8"/>
            <w:tcMar>
              <w:top w:w="35" w:type="dxa"/>
              <w:left w:w="45" w:type="dxa"/>
              <w:bottom w:w="35" w:type="dxa"/>
              <w:right w:w="45" w:type="dxa"/>
            </w:tcMar>
          </w:tcPr>
          <w:p w14:paraId="1AFA1C1E" w14:textId="77777777" w:rsidR="00623A3C" w:rsidRPr="00204ECE" w:rsidRDefault="00623A3C">
            <w:pPr>
              <w:rPr>
                <w:rFonts w:ascii="Times New Roman" w:hAnsi="Times New Roman" w:cs="Times New Roman"/>
                <w:sz w:val="20"/>
                <w:szCs w:val="20"/>
              </w:rPr>
            </w:pPr>
          </w:p>
          <w:p w14:paraId="08157D79" w14:textId="77777777" w:rsidR="00B73C1D" w:rsidRPr="00204ECE" w:rsidRDefault="00B73C1D">
            <w:pPr>
              <w:rPr>
                <w:rFonts w:ascii="Times New Roman" w:hAnsi="Times New Roman" w:cs="Times New Roman"/>
                <w:sz w:val="20"/>
                <w:szCs w:val="20"/>
              </w:rPr>
            </w:pPr>
          </w:p>
          <w:p w14:paraId="3B7B44E1" w14:textId="77777777" w:rsidR="00B73C1D" w:rsidRPr="00204ECE" w:rsidRDefault="00B73C1D">
            <w:pPr>
              <w:rPr>
                <w:rFonts w:ascii="Times New Roman" w:hAnsi="Times New Roman" w:cs="Times New Roman"/>
                <w:sz w:val="20"/>
                <w:szCs w:val="20"/>
              </w:rPr>
            </w:pPr>
          </w:p>
          <w:p w14:paraId="030E2EE1" w14:textId="77777777" w:rsidR="00B73C1D" w:rsidRPr="00204ECE" w:rsidRDefault="00B73C1D" w:rsidP="00B73C1D">
            <w:pPr>
              <w:jc w:val="center"/>
              <w:rPr>
                <w:rFonts w:ascii="Times New Roman" w:hAnsi="Times New Roman" w:cs="Times New Roman"/>
                <w:sz w:val="20"/>
                <w:szCs w:val="20"/>
              </w:rPr>
            </w:pPr>
            <w:r w:rsidRPr="00204ECE">
              <w:rPr>
                <w:rFonts w:ascii="Times New Roman" w:hAnsi="Times New Roman" w:cs="Times New Roman"/>
                <w:sz w:val="20"/>
                <w:szCs w:val="20"/>
              </w:rPr>
              <w:t>FOTOĞRAF</w:t>
            </w:r>
          </w:p>
        </w:tc>
      </w:tr>
      <w:tr w:rsidR="00623A3C" w:rsidRPr="00204ECE" w14:paraId="18AADAE1" w14:textId="77777777" w:rsidTr="002441ED">
        <w:trPr>
          <w:jc w:val="center"/>
        </w:trPr>
        <w:tc>
          <w:tcPr>
            <w:tcW w:w="2693" w:type="dxa"/>
            <w:shd w:val="clear" w:color="auto" w:fill="EAF2F8"/>
            <w:tcMar>
              <w:top w:w="35" w:type="dxa"/>
              <w:left w:w="45" w:type="dxa"/>
              <w:bottom w:w="35" w:type="dxa"/>
              <w:right w:w="45" w:type="dxa"/>
            </w:tcMar>
          </w:tcPr>
          <w:p w14:paraId="0D7C1D36" w14:textId="77777777" w:rsidR="00623A3C" w:rsidRPr="00204ECE" w:rsidRDefault="00623A3C">
            <w:pPr>
              <w:rPr>
                <w:rFonts w:ascii="Times New Roman" w:hAnsi="Times New Roman" w:cs="Times New Roman"/>
                <w:b/>
                <w:sz w:val="20"/>
                <w:szCs w:val="20"/>
              </w:rPr>
            </w:pPr>
            <w:r w:rsidRPr="00204ECE">
              <w:rPr>
                <w:rFonts w:ascii="Times New Roman" w:hAnsi="Times New Roman" w:cs="Times New Roman"/>
                <w:b/>
                <w:sz w:val="20"/>
                <w:szCs w:val="20"/>
              </w:rPr>
              <w:t>T.C. Kimlik No</w:t>
            </w:r>
          </w:p>
        </w:tc>
        <w:tc>
          <w:tcPr>
            <w:tcW w:w="6374" w:type="dxa"/>
            <w:gridSpan w:val="4"/>
            <w:tcMar>
              <w:top w:w="35" w:type="dxa"/>
              <w:left w:w="45" w:type="dxa"/>
              <w:bottom w:w="35" w:type="dxa"/>
              <w:right w:w="45" w:type="dxa"/>
            </w:tcMar>
          </w:tcPr>
          <w:p w14:paraId="6D79610E" w14:textId="77777777" w:rsidR="00623A3C" w:rsidRPr="00204ECE" w:rsidRDefault="00623A3C">
            <w:pPr>
              <w:rPr>
                <w:rFonts w:ascii="Times New Roman" w:hAnsi="Times New Roman" w:cs="Times New Roman"/>
                <w:sz w:val="20"/>
                <w:szCs w:val="20"/>
              </w:rPr>
            </w:pPr>
          </w:p>
        </w:tc>
        <w:tc>
          <w:tcPr>
            <w:tcW w:w="2029" w:type="dxa"/>
            <w:vMerge/>
            <w:shd w:val="clear" w:color="auto" w:fill="EAF2F8"/>
            <w:tcMar>
              <w:top w:w="35" w:type="dxa"/>
              <w:left w:w="45" w:type="dxa"/>
              <w:bottom w:w="35" w:type="dxa"/>
              <w:right w:w="45" w:type="dxa"/>
            </w:tcMar>
          </w:tcPr>
          <w:p w14:paraId="648D3804" w14:textId="77777777" w:rsidR="00623A3C" w:rsidRPr="00204ECE" w:rsidRDefault="00623A3C">
            <w:pPr>
              <w:rPr>
                <w:rFonts w:ascii="Times New Roman" w:hAnsi="Times New Roman" w:cs="Times New Roman"/>
                <w:sz w:val="20"/>
                <w:szCs w:val="20"/>
              </w:rPr>
            </w:pPr>
          </w:p>
        </w:tc>
      </w:tr>
      <w:tr w:rsidR="00623A3C" w:rsidRPr="00204ECE" w14:paraId="7521508C" w14:textId="77777777" w:rsidTr="002441ED">
        <w:trPr>
          <w:jc w:val="center"/>
        </w:trPr>
        <w:tc>
          <w:tcPr>
            <w:tcW w:w="2693" w:type="dxa"/>
            <w:shd w:val="clear" w:color="auto" w:fill="EAF2F8"/>
            <w:tcMar>
              <w:top w:w="35" w:type="dxa"/>
              <w:left w:w="45" w:type="dxa"/>
              <w:bottom w:w="35" w:type="dxa"/>
              <w:right w:w="45" w:type="dxa"/>
            </w:tcMar>
          </w:tcPr>
          <w:p w14:paraId="6D9BB304" w14:textId="77777777" w:rsidR="00623A3C" w:rsidRPr="00204ECE" w:rsidRDefault="00623A3C">
            <w:pPr>
              <w:rPr>
                <w:rFonts w:ascii="Times New Roman" w:hAnsi="Times New Roman" w:cs="Times New Roman"/>
                <w:sz w:val="20"/>
                <w:szCs w:val="20"/>
              </w:rPr>
            </w:pPr>
            <w:r w:rsidRPr="00204ECE">
              <w:rPr>
                <w:rFonts w:ascii="Times New Roman" w:hAnsi="Times New Roman" w:cs="Times New Roman"/>
                <w:b/>
                <w:sz w:val="20"/>
                <w:szCs w:val="20"/>
              </w:rPr>
              <w:t>Öğrenci No</w:t>
            </w:r>
          </w:p>
        </w:tc>
        <w:tc>
          <w:tcPr>
            <w:tcW w:w="6374" w:type="dxa"/>
            <w:gridSpan w:val="4"/>
            <w:tcMar>
              <w:top w:w="35" w:type="dxa"/>
              <w:left w:w="45" w:type="dxa"/>
              <w:bottom w:w="35" w:type="dxa"/>
              <w:right w:w="45" w:type="dxa"/>
            </w:tcMar>
          </w:tcPr>
          <w:p w14:paraId="092F9306" w14:textId="77777777" w:rsidR="00623A3C" w:rsidRPr="00204ECE" w:rsidRDefault="00623A3C">
            <w:pPr>
              <w:rPr>
                <w:rFonts w:ascii="Times New Roman" w:hAnsi="Times New Roman" w:cs="Times New Roman"/>
                <w:sz w:val="20"/>
                <w:szCs w:val="20"/>
              </w:rPr>
            </w:pPr>
          </w:p>
        </w:tc>
        <w:tc>
          <w:tcPr>
            <w:tcW w:w="2029" w:type="dxa"/>
            <w:vMerge/>
            <w:shd w:val="clear" w:color="auto" w:fill="EAF2F8"/>
            <w:tcMar>
              <w:top w:w="35" w:type="dxa"/>
              <w:left w:w="45" w:type="dxa"/>
              <w:bottom w:w="35" w:type="dxa"/>
              <w:right w:w="45" w:type="dxa"/>
            </w:tcMar>
          </w:tcPr>
          <w:p w14:paraId="0127F652" w14:textId="77777777" w:rsidR="00623A3C" w:rsidRPr="00204ECE" w:rsidRDefault="00623A3C">
            <w:pPr>
              <w:rPr>
                <w:rFonts w:ascii="Times New Roman" w:hAnsi="Times New Roman" w:cs="Times New Roman"/>
                <w:sz w:val="20"/>
                <w:szCs w:val="20"/>
              </w:rPr>
            </w:pPr>
          </w:p>
        </w:tc>
      </w:tr>
      <w:tr w:rsidR="00623A3C" w:rsidRPr="00204ECE" w14:paraId="2791FC80" w14:textId="77777777" w:rsidTr="002441ED">
        <w:trPr>
          <w:jc w:val="center"/>
        </w:trPr>
        <w:tc>
          <w:tcPr>
            <w:tcW w:w="2693" w:type="dxa"/>
            <w:shd w:val="clear" w:color="auto" w:fill="EAF2F8"/>
            <w:tcMar>
              <w:top w:w="35" w:type="dxa"/>
              <w:left w:w="45" w:type="dxa"/>
              <w:bottom w:w="35" w:type="dxa"/>
              <w:right w:w="45" w:type="dxa"/>
            </w:tcMar>
          </w:tcPr>
          <w:p w14:paraId="1A1C03DF" w14:textId="77777777" w:rsidR="00623A3C" w:rsidRPr="00204ECE" w:rsidRDefault="00623A3C">
            <w:pPr>
              <w:rPr>
                <w:rFonts w:ascii="Times New Roman" w:hAnsi="Times New Roman" w:cs="Times New Roman"/>
                <w:b/>
                <w:sz w:val="20"/>
                <w:szCs w:val="20"/>
              </w:rPr>
            </w:pPr>
            <w:r w:rsidRPr="00204ECE">
              <w:rPr>
                <w:rFonts w:ascii="Times New Roman" w:hAnsi="Times New Roman" w:cs="Times New Roman"/>
                <w:b/>
                <w:sz w:val="20"/>
                <w:szCs w:val="20"/>
              </w:rPr>
              <w:t>Eğitim-Öğretim Yılı / Yarıyıl</w:t>
            </w:r>
          </w:p>
        </w:tc>
        <w:tc>
          <w:tcPr>
            <w:tcW w:w="6374" w:type="dxa"/>
            <w:gridSpan w:val="4"/>
            <w:tcMar>
              <w:top w:w="35" w:type="dxa"/>
              <w:left w:w="45" w:type="dxa"/>
              <w:bottom w:w="35" w:type="dxa"/>
              <w:right w:w="45" w:type="dxa"/>
            </w:tcMar>
          </w:tcPr>
          <w:p w14:paraId="3FCD4E84" w14:textId="77777777" w:rsidR="00623A3C" w:rsidRPr="00204ECE" w:rsidRDefault="00623A3C">
            <w:pPr>
              <w:rPr>
                <w:rFonts w:ascii="Times New Roman" w:hAnsi="Times New Roman" w:cs="Times New Roman"/>
                <w:sz w:val="20"/>
                <w:szCs w:val="20"/>
              </w:rPr>
            </w:pPr>
          </w:p>
        </w:tc>
        <w:tc>
          <w:tcPr>
            <w:tcW w:w="2029" w:type="dxa"/>
            <w:vMerge/>
            <w:shd w:val="clear" w:color="auto" w:fill="EAF2F8"/>
            <w:tcMar>
              <w:top w:w="35" w:type="dxa"/>
              <w:left w:w="45" w:type="dxa"/>
              <w:bottom w:w="35" w:type="dxa"/>
              <w:right w:w="45" w:type="dxa"/>
            </w:tcMar>
          </w:tcPr>
          <w:p w14:paraId="4249E2E3" w14:textId="77777777" w:rsidR="00623A3C" w:rsidRPr="00204ECE" w:rsidRDefault="00623A3C">
            <w:pPr>
              <w:rPr>
                <w:rFonts w:ascii="Times New Roman" w:hAnsi="Times New Roman" w:cs="Times New Roman"/>
                <w:sz w:val="20"/>
                <w:szCs w:val="20"/>
              </w:rPr>
            </w:pPr>
          </w:p>
        </w:tc>
      </w:tr>
      <w:tr w:rsidR="00623A3C" w:rsidRPr="00204ECE" w14:paraId="1D56850B" w14:textId="77777777" w:rsidTr="002441ED">
        <w:trPr>
          <w:trHeight w:val="179"/>
          <w:jc w:val="center"/>
        </w:trPr>
        <w:tc>
          <w:tcPr>
            <w:tcW w:w="2693" w:type="dxa"/>
            <w:shd w:val="clear" w:color="auto" w:fill="EAF2F8"/>
            <w:tcMar>
              <w:top w:w="35" w:type="dxa"/>
              <w:left w:w="45" w:type="dxa"/>
              <w:bottom w:w="35" w:type="dxa"/>
              <w:right w:w="45" w:type="dxa"/>
            </w:tcMar>
          </w:tcPr>
          <w:p w14:paraId="269092C4" w14:textId="77777777" w:rsidR="00623A3C" w:rsidRPr="00204ECE" w:rsidRDefault="00623A3C">
            <w:pPr>
              <w:rPr>
                <w:rFonts w:ascii="Times New Roman" w:hAnsi="Times New Roman" w:cs="Times New Roman"/>
                <w:b/>
                <w:sz w:val="20"/>
                <w:szCs w:val="20"/>
              </w:rPr>
            </w:pPr>
            <w:r w:rsidRPr="00204ECE">
              <w:rPr>
                <w:rFonts w:ascii="Times New Roman" w:hAnsi="Times New Roman" w:cs="Times New Roman"/>
                <w:b/>
                <w:sz w:val="20"/>
                <w:szCs w:val="20"/>
              </w:rPr>
              <w:t>Telefon No</w:t>
            </w:r>
          </w:p>
        </w:tc>
        <w:tc>
          <w:tcPr>
            <w:tcW w:w="6374" w:type="dxa"/>
            <w:gridSpan w:val="4"/>
            <w:tcMar>
              <w:top w:w="35" w:type="dxa"/>
              <w:left w:w="45" w:type="dxa"/>
              <w:bottom w:w="35" w:type="dxa"/>
              <w:right w:w="45" w:type="dxa"/>
            </w:tcMar>
          </w:tcPr>
          <w:p w14:paraId="135B41FF" w14:textId="77777777" w:rsidR="00623A3C" w:rsidRPr="00204ECE" w:rsidRDefault="00623A3C">
            <w:pPr>
              <w:rPr>
                <w:rFonts w:ascii="Times New Roman" w:hAnsi="Times New Roman" w:cs="Times New Roman"/>
                <w:sz w:val="20"/>
                <w:szCs w:val="20"/>
              </w:rPr>
            </w:pPr>
          </w:p>
        </w:tc>
        <w:tc>
          <w:tcPr>
            <w:tcW w:w="2029" w:type="dxa"/>
            <w:vMerge/>
            <w:shd w:val="clear" w:color="auto" w:fill="EAF2F8"/>
            <w:tcMar>
              <w:top w:w="35" w:type="dxa"/>
              <w:left w:w="45" w:type="dxa"/>
              <w:bottom w:w="35" w:type="dxa"/>
              <w:right w:w="45" w:type="dxa"/>
            </w:tcMar>
          </w:tcPr>
          <w:p w14:paraId="2EFF907B" w14:textId="77777777" w:rsidR="00623A3C" w:rsidRPr="00204ECE" w:rsidRDefault="00623A3C">
            <w:pPr>
              <w:rPr>
                <w:rFonts w:ascii="Times New Roman" w:hAnsi="Times New Roman" w:cs="Times New Roman"/>
                <w:sz w:val="20"/>
                <w:szCs w:val="20"/>
              </w:rPr>
            </w:pPr>
          </w:p>
        </w:tc>
      </w:tr>
      <w:tr w:rsidR="008F1DB2" w:rsidRPr="00204ECE" w14:paraId="788AD782" w14:textId="77777777" w:rsidTr="00336BD3">
        <w:trPr>
          <w:trHeight w:val="179"/>
          <w:jc w:val="center"/>
        </w:trPr>
        <w:tc>
          <w:tcPr>
            <w:tcW w:w="2693" w:type="dxa"/>
            <w:shd w:val="clear" w:color="auto" w:fill="EAF2F8"/>
            <w:tcMar>
              <w:top w:w="35" w:type="dxa"/>
              <w:left w:w="45" w:type="dxa"/>
              <w:bottom w:w="35" w:type="dxa"/>
              <w:right w:w="45" w:type="dxa"/>
            </w:tcMar>
          </w:tcPr>
          <w:p w14:paraId="3963AA33" w14:textId="701688D3" w:rsidR="008F1DB2" w:rsidRPr="00204ECE" w:rsidRDefault="008F1DB2" w:rsidP="008F1DB2">
            <w:pPr>
              <w:rPr>
                <w:rFonts w:ascii="Times New Roman" w:hAnsi="Times New Roman" w:cs="Times New Roman"/>
                <w:b/>
                <w:sz w:val="20"/>
                <w:szCs w:val="20"/>
              </w:rPr>
            </w:pPr>
            <w:r>
              <w:rPr>
                <w:rFonts w:ascii="Times New Roman" w:hAnsi="Times New Roman" w:cs="Times New Roman"/>
                <w:b/>
                <w:sz w:val="20"/>
                <w:szCs w:val="20"/>
              </w:rPr>
              <w:t>İME Dersi</w:t>
            </w:r>
          </w:p>
        </w:tc>
        <w:tc>
          <w:tcPr>
            <w:tcW w:w="4201" w:type="dxa"/>
            <w:gridSpan w:val="2"/>
            <w:tcMar>
              <w:top w:w="35" w:type="dxa"/>
              <w:left w:w="45" w:type="dxa"/>
              <w:bottom w:w="35" w:type="dxa"/>
              <w:right w:w="45" w:type="dxa"/>
            </w:tcMar>
            <w:vAlign w:val="center"/>
          </w:tcPr>
          <w:p w14:paraId="51C85F7E" w14:textId="5C055197" w:rsidR="008F1DB2" w:rsidRPr="00204ECE" w:rsidRDefault="008F1DB2" w:rsidP="008F1DB2">
            <w:pPr>
              <w:rPr>
                <w:rFonts w:ascii="Times New Roman" w:hAnsi="Times New Roman" w:cs="Times New Roman"/>
                <w:sz w:val="20"/>
                <w:szCs w:val="20"/>
              </w:rPr>
            </w:pPr>
            <w:r w:rsidRPr="00465358">
              <w:rPr>
                <w:szCs w:val="24"/>
              </w:rPr>
              <w:t>☐</w:t>
            </w:r>
            <w:r>
              <w:rPr>
                <w:szCs w:val="24"/>
              </w:rPr>
              <w:t xml:space="preserve"> </w:t>
            </w:r>
            <w:r w:rsidRPr="00022591">
              <w:rPr>
                <w:b/>
                <w:bCs/>
                <w:szCs w:val="24"/>
              </w:rPr>
              <w:t>HEM 401</w:t>
            </w:r>
          </w:p>
        </w:tc>
        <w:tc>
          <w:tcPr>
            <w:tcW w:w="4202" w:type="dxa"/>
            <w:gridSpan w:val="3"/>
            <w:vAlign w:val="center"/>
          </w:tcPr>
          <w:p w14:paraId="72D88C4A" w14:textId="5317FC60" w:rsidR="008F1DB2" w:rsidRPr="00204ECE" w:rsidRDefault="008F1DB2" w:rsidP="008F1DB2">
            <w:pPr>
              <w:rPr>
                <w:rFonts w:ascii="Times New Roman" w:hAnsi="Times New Roman" w:cs="Times New Roman"/>
                <w:sz w:val="20"/>
                <w:szCs w:val="20"/>
              </w:rPr>
            </w:pPr>
            <w:r w:rsidRPr="00465358">
              <w:rPr>
                <w:szCs w:val="24"/>
              </w:rPr>
              <w:t>☐</w:t>
            </w:r>
            <w:r>
              <w:rPr>
                <w:szCs w:val="24"/>
              </w:rPr>
              <w:t xml:space="preserve"> </w:t>
            </w:r>
            <w:r w:rsidRPr="00022591">
              <w:rPr>
                <w:b/>
                <w:bCs/>
                <w:szCs w:val="24"/>
              </w:rPr>
              <w:t>HEM 402</w:t>
            </w:r>
          </w:p>
        </w:tc>
      </w:tr>
      <w:tr w:rsidR="00783900" w:rsidRPr="00204ECE" w14:paraId="47C19D62" w14:textId="77777777" w:rsidTr="008F1DB2">
        <w:trPr>
          <w:trHeight w:val="962"/>
          <w:jc w:val="center"/>
        </w:trPr>
        <w:tc>
          <w:tcPr>
            <w:tcW w:w="2693" w:type="dxa"/>
            <w:shd w:val="clear" w:color="auto" w:fill="EAF2F8"/>
            <w:tcMar>
              <w:top w:w="35" w:type="dxa"/>
              <w:left w:w="45" w:type="dxa"/>
              <w:bottom w:w="35" w:type="dxa"/>
              <w:right w:w="45" w:type="dxa"/>
            </w:tcMar>
            <w:vAlign w:val="center"/>
          </w:tcPr>
          <w:p w14:paraId="1B3ABFFB" w14:textId="77777777" w:rsidR="00783900" w:rsidRPr="00204ECE" w:rsidRDefault="00783900" w:rsidP="00E7738F">
            <w:pPr>
              <w:rPr>
                <w:rFonts w:ascii="Times New Roman" w:hAnsi="Times New Roman" w:cs="Times New Roman"/>
                <w:sz w:val="20"/>
                <w:szCs w:val="20"/>
              </w:rPr>
            </w:pPr>
            <w:r w:rsidRPr="00204ECE">
              <w:rPr>
                <w:rFonts w:ascii="Times New Roman" w:hAnsi="Times New Roman" w:cs="Times New Roman"/>
                <w:b/>
                <w:sz w:val="20"/>
                <w:szCs w:val="20"/>
              </w:rPr>
              <w:t>İME Alanı</w:t>
            </w:r>
          </w:p>
        </w:tc>
        <w:tc>
          <w:tcPr>
            <w:tcW w:w="8403" w:type="dxa"/>
            <w:gridSpan w:val="5"/>
            <w:tcMar>
              <w:top w:w="35" w:type="dxa"/>
              <w:left w:w="45" w:type="dxa"/>
              <w:bottom w:w="35" w:type="dxa"/>
              <w:right w:w="45" w:type="dxa"/>
            </w:tcMar>
            <w:vAlign w:val="center"/>
          </w:tcPr>
          <w:p w14:paraId="37E3B083" w14:textId="77777777" w:rsidR="00783900" w:rsidRPr="00204ECE" w:rsidRDefault="00783900" w:rsidP="008F1DB2">
            <w:pPr>
              <w:spacing w:line="240" w:lineRule="auto"/>
              <w:rPr>
                <w:rFonts w:ascii="Times New Roman" w:hAnsi="Times New Roman" w:cs="Times New Roman"/>
                <w:sz w:val="20"/>
                <w:szCs w:val="20"/>
              </w:rPr>
            </w:pPr>
            <w:r w:rsidRPr="00204ECE">
              <w:rPr>
                <w:rFonts w:ascii="Segoe UI Symbol" w:hAnsi="Segoe UI Symbol" w:cs="Segoe UI Symbol"/>
                <w:sz w:val="20"/>
                <w:szCs w:val="20"/>
              </w:rPr>
              <w:t>☐</w:t>
            </w:r>
            <w:r w:rsidRPr="00204ECE">
              <w:rPr>
                <w:rFonts w:ascii="Times New Roman" w:hAnsi="Times New Roman" w:cs="Times New Roman"/>
                <w:sz w:val="20"/>
                <w:szCs w:val="20"/>
              </w:rPr>
              <w:t xml:space="preserve"> İç Hastalıkları Hemşireliği                          </w:t>
            </w:r>
            <w:r w:rsidRPr="00204ECE">
              <w:rPr>
                <w:rFonts w:ascii="Segoe UI Symbol" w:hAnsi="Segoe UI Symbol" w:cs="Segoe UI Symbol"/>
                <w:sz w:val="20"/>
                <w:szCs w:val="20"/>
              </w:rPr>
              <w:t>☐</w:t>
            </w:r>
            <w:r w:rsidRPr="00204ECE">
              <w:rPr>
                <w:rFonts w:ascii="Times New Roman" w:hAnsi="Times New Roman" w:cs="Times New Roman"/>
                <w:sz w:val="20"/>
                <w:szCs w:val="20"/>
              </w:rPr>
              <w:t xml:space="preserve"> Cerrahi  Hastalıklar Hemşireliği</w:t>
            </w:r>
          </w:p>
          <w:p w14:paraId="34F77180" w14:textId="716EE7FC" w:rsidR="00783900" w:rsidRPr="00204ECE" w:rsidRDefault="00783900" w:rsidP="008F1DB2">
            <w:pPr>
              <w:spacing w:line="240" w:lineRule="auto"/>
              <w:rPr>
                <w:rFonts w:ascii="Times New Roman" w:hAnsi="Times New Roman" w:cs="Times New Roman"/>
                <w:sz w:val="20"/>
                <w:szCs w:val="20"/>
              </w:rPr>
            </w:pPr>
            <w:r w:rsidRPr="00204ECE">
              <w:rPr>
                <w:rFonts w:ascii="Segoe UI Symbol" w:hAnsi="Segoe UI Symbol" w:cs="Segoe UI Symbol"/>
                <w:sz w:val="20"/>
                <w:szCs w:val="20"/>
              </w:rPr>
              <w:t>☐</w:t>
            </w:r>
            <w:r w:rsidRPr="00204ECE">
              <w:rPr>
                <w:rFonts w:ascii="Times New Roman" w:hAnsi="Times New Roman" w:cs="Times New Roman"/>
                <w:sz w:val="20"/>
                <w:szCs w:val="20"/>
              </w:rPr>
              <w:t xml:space="preserve"> Kadın Sağlığı ve Hastalıkları Hemşireliği  </w:t>
            </w:r>
            <w:r w:rsidRPr="00204ECE">
              <w:rPr>
                <w:rFonts w:ascii="Segoe UI Symbol" w:hAnsi="Segoe UI Symbol" w:cs="Segoe UI Symbol"/>
                <w:sz w:val="20"/>
                <w:szCs w:val="20"/>
              </w:rPr>
              <w:t>☐</w:t>
            </w:r>
            <w:r w:rsidR="006A61DE">
              <w:rPr>
                <w:rFonts w:ascii="Segoe UI Symbol" w:hAnsi="Segoe UI Symbol" w:cs="Segoe UI Symbol"/>
                <w:sz w:val="20"/>
                <w:szCs w:val="20"/>
              </w:rPr>
              <w:t xml:space="preserve"> </w:t>
            </w:r>
            <w:r w:rsidRPr="00204ECE">
              <w:rPr>
                <w:rFonts w:ascii="Times New Roman" w:hAnsi="Times New Roman" w:cs="Times New Roman"/>
                <w:sz w:val="20"/>
                <w:szCs w:val="20"/>
              </w:rPr>
              <w:t>Çocuk Sağlığı ve Hastalıkları Hemşireliği</w:t>
            </w:r>
          </w:p>
          <w:p w14:paraId="13CA0229" w14:textId="77777777" w:rsidR="00783900" w:rsidRPr="00204ECE" w:rsidRDefault="00783900" w:rsidP="008F1DB2">
            <w:pPr>
              <w:spacing w:line="240" w:lineRule="auto"/>
              <w:rPr>
                <w:rFonts w:ascii="Times New Roman" w:hAnsi="Times New Roman" w:cs="Times New Roman"/>
                <w:sz w:val="20"/>
                <w:szCs w:val="20"/>
              </w:rPr>
            </w:pPr>
            <w:r w:rsidRPr="00204ECE">
              <w:rPr>
                <w:rFonts w:ascii="Segoe UI Symbol" w:hAnsi="Segoe UI Symbol" w:cs="Segoe UI Symbol"/>
                <w:sz w:val="20"/>
                <w:szCs w:val="20"/>
              </w:rPr>
              <w:t>☐</w:t>
            </w:r>
            <w:r w:rsidRPr="00204ECE">
              <w:rPr>
                <w:rFonts w:ascii="Times New Roman" w:hAnsi="Times New Roman" w:cs="Times New Roman"/>
                <w:sz w:val="20"/>
                <w:szCs w:val="20"/>
              </w:rPr>
              <w:t xml:space="preserve"> Ruh Sağlığı  ve Hastalıkları Hemşireliği    </w:t>
            </w:r>
            <w:r w:rsidRPr="00204ECE">
              <w:rPr>
                <w:rFonts w:ascii="Segoe UI Symbol" w:hAnsi="Segoe UI Symbol" w:cs="Segoe UI Symbol"/>
                <w:sz w:val="20"/>
                <w:szCs w:val="20"/>
              </w:rPr>
              <w:t>☐</w:t>
            </w:r>
            <w:r w:rsidRPr="00204ECE">
              <w:rPr>
                <w:rFonts w:ascii="Times New Roman" w:hAnsi="Times New Roman" w:cs="Times New Roman"/>
                <w:sz w:val="20"/>
                <w:szCs w:val="20"/>
              </w:rPr>
              <w:t xml:space="preserve"> Halk Sağlığı ve Hastalıkları Hemşireliği</w:t>
            </w:r>
          </w:p>
        </w:tc>
      </w:tr>
      <w:tr w:rsidR="00E7738F" w:rsidRPr="00204ECE" w14:paraId="215B8626" w14:textId="77777777" w:rsidTr="002441ED">
        <w:trPr>
          <w:jc w:val="center"/>
        </w:trPr>
        <w:tc>
          <w:tcPr>
            <w:tcW w:w="2693" w:type="dxa"/>
            <w:shd w:val="clear" w:color="auto" w:fill="EAF2F8"/>
            <w:tcMar>
              <w:top w:w="35" w:type="dxa"/>
              <w:left w:w="45" w:type="dxa"/>
              <w:bottom w:w="35" w:type="dxa"/>
              <w:right w:w="45" w:type="dxa"/>
            </w:tcMar>
          </w:tcPr>
          <w:p w14:paraId="69BFA52C" w14:textId="77777777" w:rsidR="00E7738F" w:rsidRPr="00204ECE" w:rsidRDefault="00E7738F" w:rsidP="00E7738F">
            <w:pPr>
              <w:rPr>
                <w:rFonts w:ascii="Times New Roman" w:hAnsi="Times New Roman" w:cs="Times New Roman"/>
                <w:sz w:val="20"/>
                <w:szCs w:val="20"/>
              </w:rPr>
            </w:pPr>
            <w:r w:rsidRPr="00204ECE">
              <w:rPr>
                <w:rFonts w:ascii="Times New Roman" w:hAnsi="Times New Roman" w:cs="Times New Roman"/>
                <w:b/>
                <w:sz w:val="20"/>
                <w:szCs w:val="20"/>
              </w:rPr>
              <w:t xml:space="preserve">Eğitime Başlama </w:t>
            </w:r>
            <w:r w:rsidR="00783900" w:rsidRPr="00204ECE">
              <w:rPr>
                <w:rFonts w:ascii="Times New Roman" w:hAnsi="Times New Roman" w:cs="Times New Roman"/>
                <w:b/>
                <w:sz w:val="20"/>
                <w:szCs w:val="20"/>
              </w:rPr>
              <w:t>Tarihi</w:t>
            </w:r>
          </w:p>
        </w:tc>
        <w:tc>
          <w:tcPr>
            <w:tcW w:w="2967" w:type="dxa"/>
            <w:tcMar>
              <w:top w:w="35" w:type="dxa"/>
              <w:left w:w="45" w:type="dxa"/>
              <w:bottom w:w="35" w:type="dxa"/>
              <w:right w:w="45" w:type="dxa"/>
            </w:tcMar>
          </w:tcPr>
          <w:p w14:paraId="78306A63" w14:textId="16EBD5FC" w:rsidR="00E7738F" w:rsidRPr="00204ECE" w:rsidRDefault="00036122" w:rsidP="008516A2">
            <w:pPr>
              <w:jc w:val="center"/>
              <w:rPr>
                <w:rFonts w:ascii="Times New Roman" w:hAnsi="Times New Roman" w:cs="Times New Roman"/>
                <w:sz w:val="20"/>
                <w:szCs w:val="20"/>
              </w:rPr>
            </w:pPr>
            <w:r w:rsidRPr="00204ECE">
              <w:rPr>
                <w:rFonts w:ascii="Times New Roman" w:hAnsi="Times New Roman" w:cs="Times New Roman"/>
                <w:sz w:val="20"/>
                <w:szCs w:val="20"/>
              </w:rPr>
              <w:t>../..20</w:t>
            </w:r>
            <w:r w:rsidR="008516A2" w:rsidRPr="00204ECE">
              <w:rPr>
                <w:rFonts w:ascii="Times New Roman" w:hAnsi="Times New Roman" w:cs="Times New Roman"/>
                <w:sz w:val="20"/>
                <w:szCs w:val="20"/>
              </w:rPr>
              <w:t>..</w:t>
            </w:r>
          </w:p>
        </w:tc>
        <w:tc>
          <w:tcPr>
            <w:tcW w:w="1969" w:type="dxa"/>
            <w:gridSpan w:val="2"/>
            <w:shd w:val="clear" w:color="auto" w:fill="EAF2F8"/>
            <w:tcMar>
              <w:top w:w="35" w:type="dxa"/>
              <w:left w:w="45" w:type="dxa"/>
              <w:bottom w:w="35" w:type="dxa"/>
              <w:right w:w="45" w:type="dxa"/>
            </w:tcMar>
          </w:tcPr>
          <w:p w14:paraId="746E5D42" w14:textId="77777777" w:rsidR="00E7738F" w:rsidRPr="00204ECE" w:rsidRDefault="00783900" w:rsidP="00E7738F">
            <w:pPr>
              <w:rPr>
                <w:rFonts w:ascii="Times New Roman" w:hAnsi="Times New Roman" w:cs="Times New Roman"/>
                <w:sz w:val="20"/>
                <w:szCs w:val="20"/>
              </w:rPr>
            </w:pPr>
            <w:r w:rsidRPr="00204ECE">
              <w:rPr>
                <w:rFonts w:ascii="Times New Roman" w:hAnsi="Times New Roman" w:cs="Times New Roman"/>
                <w:b/>
                <w:sz w:val="20"/>
                <w:szCs w:val="20"/>
              </w:rPr>
              <w:t>Eğitim Bitiş Tarihi</w:t>
            </w:r>
          </w:p>
        </w:tc>
        <w:tc>
          <w:tcPr>
            <w:tcW w:w="3467" w:type="dxa"/>
            <w:gridSpan w:val="2"/>
            <w:tcMar>
              <w:top w:w="35" w:type="dxa"/>
              <w:left w:w="45" w:type="dxa"/>
              <w:bottom w:w="35" w:type="dxa"/>
              <w:right w:w="45" w:type="dxa"/>
            </w:tcMar>
          </w:tcPr>
          <w:p w14:paraId="48FCB293" w14:textId="1893BACC" w:rsidR="00E7738F" w:rsidRPr="00204ECE" w:rsidRDefault="008516A2" w:rsidP="008516A2">
            <w:pPr>
              <w:jc w:val="center"/>
              <w:rPr>
                <w:rFonts w:ascii="Times New Roman" w:hAnsi="Times New Roman" w:cs="Times New Roman"/>
                <w:sz w:val="20"/>
                <w:szCs w:val="20"/>
              </w:rPr>
            </w:pPr>
            <w:r w:rsidRPr="00204ECE">
              <w:rPr>
                <w:rFonts w:ascii="Times New Roman" w:hAnsi="Times New Roman" w:cs="Times New Roman"/>
                <w:sz w:val="20"/>
                <w:szCs w:val="20"/>
              </w:rPr>
              <w:t>../..20..</w:t>
            </w:r>
          </w:p>
        </w:tc>
      </w:tr>
    </w:tbl>
    <w:p w14:paraId="451DB939" w14:textId="77777777" w:rsidR="000B745E" w:rsidRPr="00204ECE" w:rsidRDefault="000B745E" w:rsidP="00ED39E5">
      <w:pPr>
        <w:spacing w:after="0"/>
        <w:jc w:val="both"/>
        <w:rPr>
          <w:rFonts w:ascii="Times New Roman" w:hAnsi="Times New Roman" w:cs="Times New Roman"/>
          <w:b/>
          <w:bCs/>
          <w:sz w:val="20"/>
          <w:szCs w:val="20"/>
        </w:rPr>
      </w:pPr>
    </w:p>
    <w:p w14:paraId="20579FC4" w14:textId="77777777" w:rsidR="00935A33" w:rsidRPr="00204ECE" w:rsidRDefault="00935A33">
      <w:pPr>
        <w:jc w:val="both"/>
        <w:rPr>
          <w:rFonts w:ascii="Times New Roman" w:hAnsi="Times New Roman" w:cs="Times New Roman"/>
          <w:b/>
          <w:bCs/>
          <w:sz w:val="20"/>
          <w:szCs w:val="20"/>
        </w:rPr>
      </w:pPr>
      <w:r w:rsidRPr="00204ECE">
        <w:rPr>
          <w:rFonts w:ascii="Times New Roman" w:hAnsi="Times New Roman" w:cs="Times New Roman"/>
          <w:b/>
          <w:bCs/>
          <w:sz w:val="20"/>
          <w:szCs w:val="20"/>
        </w:rPr>
        <w:t>GENEL SAĞLIK SİGORTASI</w:t>
      </w:r>
      <w:r w:rsidR="005D387A" w:rsidRPr="00204ECE">
        <w:rPr>
          <w:rFonts w:ascii="Times New Roman" w:hAnsi="Times New Roman" w:cs="Times New Roman"/>
          <w:b/>
          <w:bCs/>
          <w:sz w:val="20"/>
          <w:szCs w:val="20"/>
        </w:rPr>
        <w:t xml:space="preserve"> BEYAN VE TAAHHÜDÜ </w:t>
      </w:r>
    </w:p>
    <w:tbl>
      <w:tblPr>
        <w:tblStyle w:val="TabloKlavuzu"/>
        <w:tblW w:w="0" w:type="auto"/>
        <w:tblLook w:val="04A0" w:firstRow="1" w:lastRow="0" w:firstColumn="1" w:lastColumn="0" w:noHBand="0" w:noVBand="1"/>
      </w:tblPr>
      <w:tblGrid>
        <w:gridCol w:w="11096"/>
      </w:tblGrid>
      <w:tr w:rsidR="00B72B75" w:rsidRPr="00204ECE" w14:paraId="058A7CB9" w14:textId="77777777" w:rsidTr="00320324">
        <w:tc>
          <w:tcPr>
            <w:tcW w:w="11096" w:type="dxa"/>
          </w:tcPr>
          <w:p w14:paraId="5C98F6CC" w14:textId="77777777" w:rsidR="00B72B75" w:rsidRPr="00204ECE" w:rsidRDefault="00B72B75" w:rsidP="005D1DD9">
            <w:pPr>
              <w:jc w:val="both"/>
              <w:rPr>
                <w:rFonts w:ascii="Times New Roman" w:hAnsi="Times New Roman" w:cs="Times New Roman"/>
                <w:sz w:val="20"/>
                <w:szCs w:val="20"/>
                <w:lang w:val="tr-TR"/>
              </w:rPr>
            </w:pPr>
            <w:r w:rsidRPr="00204ECE">
              <w:rPr>
                <w:rFonts w:ascii="Segoe UI Symbol" w:hAnsi="Segoe UI Symbol" w:cs="Segoe UI Symbol"/>
                <w:sz w:val="20"/>
                <w:szCs w:val="20"/>
                <w:lang w:val="tr-TR"/>
              </w:rPr>
              <w:t>☐</w:t>
            </w:r>
            <w:r w:rsidRPr="00204ECE">
              <w:rPr>
                <w:rFonts w:ascii="Times New Roman" w:hAnsi="Times New Roman" w:cs="Times New Roman"/>
                <w:sz w:val="20"/>
                <w:szCs w:val="20"/>
                <w:lang w:val="tr-TR"/>
              </w:rPr>
              <w:t xml:space="preserve"> Ailemden, annem / babam üzerinden genel sağlık sigortası kapsamında </w:t>
            </w:r>
            <w:r w:rsidRPr="00204ECE">
              <w:rPr>
                <w:rFonts w:ascii="Times New Roman" w:hAnsi="Times New Roman" w:cs="Times New Roman"/>
                <w:b/>
                <w:bCs/>
                <w:sz w:val="20"/>
                <w:szCs w:val="20"/>
                <w:lang w:val="tr-TR"/>
              </w:rPr>
              <w:t>sağlık hizmeti almıyorum.</w:t>
            </w:r>
            <w:r w:rsidRPr="00204ECE">
              <w:rPr>
                <w:rFonts w:ascii="Times New Roman" w:hAnsi="Times New Roman" w:cs="Times New Roman"/>
                <w:sz w:val="20"/>
                <w:szCs w:val="20"/>
                <w:lang w:val="tr-TR"/>
              </w:rPr>
              <w:t xml:space="preserve"> Bu nedenle uygulamalı eğitim boyunca genel sağlık sigortası kapsamında olmayı </w:t>
            </w:r>
            <w:r w:rsidRPr="00204ECE">
              <w:rPr>
                <w:rFonts w:ascii="Times New Roman" w:hAnsi="Times New Roman" w:cs="Times New Roman"/>
                <w:b/>
                <w:bCs/>
                <w:sz w:val="20"/>
                <w:szCs w:val="20"/>
                <w:lang w:val="tr-TR"/>
              </w:rPr>
              <w:t>kabul ediyorum.</w:t>
            </w:r>
          </w:p>
          <w:p w14:paraId="7340CCB8" w14:textId="77777777" w:rsidR="00B72B75" w:rsidRPr="00204ECE" w:rsidRDefault="00B72B75" w:rsidP="005D1DD9">
            <w:pPr>
              <w:jc w:val="both"/>
              <w:rPr>
                <w:rFonts w:ascii="Times New Roman" w:hAnsi="Times New Roman" w:cs="Times New Roman"/>
                <w:sz w:val="20"/>
                <w:szCs w:val="20"/>
                <w:lang w:val="tr-TR"/>
              </w:rPr>
            </w:pPr>
            <w:r w:rsidRPr="00204ECE">
              <w:rPr>
                <w:rFonts w:ascii="Segoe UI Symbol" w:hAnsi="Segoe UI Symbol" w:cs="Segoe UI Symbol"/>
                <w:sz w:val="20"/>
                <w:szCs w:val="20"/>
                <w:lang w:val="tr-TR"/>
              </w:rPr>
              <w:t>☐</w:t>
            </w:r>
            <w:r w:rsidRPr="00204ECE">
              <w:rPr>
                <w:rFonts w:ascii="Times New Roman" w:hAnsi="Times New Roman" w:cs="Times New Roman"/>
                <w:sz w:val="20"/>
                <w:szCs w:val="20"/>
                <w:lang w:val="tr-TR"/>
              </w:rPr>
              <w:t xml:space="preserve"> Ailemden, annem / babam üzerinden genel sağlık sigortası kapsamında </w:t>
            </w:r>
            <w:r w:rsidRPr="00204ECE">
              <w:rPr>
                <w:rFonts w:ascii="Times New Roman" w:hAnsi="Times New Roman" w:cs="Times New Roman"/>
                <w:b/>
                <w:bCs/>
                <w:sz w:val="20"/>
                <w:szCs w:val="20"/>
                <w:lang w:val="tr-TR"/>
              </w:rPr>
              <w:t>sağlık hizmeti alıyorum.</w:t>
            </w:r>
            <w:r w:rsidRPr="00204ECE">
              <w:rPr>
                <w:rFonts w:ascii="Times New Roman" w:hAnsi="Times New Roman" w:cs="Times New Roman"/>
                <w:sz w:val="20"/>
                <w:szCs w:val="20"/>
                <w:lang w:val="tr-TR"/>
              </w:rPr>
              <w:t xml:space="preserve"> Bu nedenle uygulamalı eğitim boyunca genel sağlık sigortası kapsamında olmayı </w:t>
            </w:r>
            <w:r w:rsidRPr="00204ECE">
              <w:rPr>
                <w:rFonts w:ascii="Times New Roman" w:hAnsi="Times New Roman" w:cs="Times New Roman"/>
                <w:b/>
                <w:bCs/>
                <w:sz w:val="20"/>
                <w:szCs w:val="20"/>
                <w:lang w:val="tr-TR"/>
              </w:rPr>
              <w:t>kabul etmiyorum.</w:t>
            </w:r>
          </w:p>
          <w:p w14:paraId="17FA9C2B" w14:textId="77777777" w:rsidR="00B72B75" w:rsidRPr="00204ECE" w:rsidRDefault="00B72B75" w:rsidP="005D1DD9">
            <w:pPr>
              <w:jc w:val="both"/>
              <w:rPr>
                <w:rFonts w:ascii="Times New Roman" w:hAnsi="Times New Roman" w:cs="Times New Roman"/>
                <w:sz w:val="20"/>
                <w:szCs w:val="20"/>
                <w:lang w:val="tr-TR"/>
              </w:rPr>
            </w:pPr>
            <w:r w:rsidRPr="00204ECE">
              <w:rPr>
                <w:rFonts w:ascii="Segoe UI Symbol" w:hAnsi="Segoe UI Symbol" w:cs="Segoe UI Symbol"/>
                <w:sz w:val="20"/>
                <w:szCs w:val="20"/>
                <w:lang w:val="tr-TR"/>
              </w:rPr>
              <w:t>☐</w:t>
            </w:r>
            <w:r w:rsidRPr="00204ECE">
              <w:rPr>
                <w:rFonts w:ascii="Times New Roman" w:hAnsi="Times New Roman" w:cs="Times New Roman"/>
                <w:sz w:val="20"/>
                <w:szCs w:val="20"/>
                <w:lang w:val="tr-TR"/>
              </w:rPr>
              <w:t xml:space="preserve"> Kendim SGK (4a/4b/4c)’ya bağlı olarak </w:t>
            </w:r>
            <w:r w:rsidRPr="00204ECE">
              <w:rPr>
                <w:rFonts w:ascii="Times New Roman" w:hAnsi="Times New Roman" w:cs="Times New Roman"/>
                <w:b/>
                <w:bCs/>
                <w:sz w:val="20"/>
                <w:szCs w:val="20"/>
                <w:lang w:val="tr-TR"/>
              </w:rPr>
              <w:t>çalışmaktayım.</w:t>
            </w:r>
            <w:r w:rsidRPr="00204ECE">
              <w:rPr>
                <w:rFonts w:ascii="Times New Roman" w:hAnsi="Times New Roman" w:cs="Times New Roman"/>
                <w:sz w:val="20"/>
                <w:szCs w:val="20"/>
                <w:lang w:val="tr-TR"/>
              </w:rPr>
              <w:t xml:space="preserve"> Bu nedenle uygulamalı eğitim boyunca SGK kapsamında olmayı </w:t>
            </w:r>
            <w:r w:rsidRPr="00204ECE">
              <w:rPr>
                <w:rFonts w:ascii="Times New Roman" w:hAnsi="Times New Roman" w:cs="Times New Roman"/>
                <w:b/>
                <w:bCs/>
                <w:sz w:val="20"/>
                <w:szCs w:val="20"/>
                <w:lang w:val="tr-TR"/>
              </w:rPr>
              <w:t>kabul etmiyorum.</w:t>
            </w:r>
          </w:p>
          <w:p w14:paraId="0445D1B3" w14:textId="24D07414" w:rsidR="00EA7014" w:rsidRPr="00204ECE" w:rsidRDefault="00EA7014" w:rsidP="005D1DD9">
            <w:pPr>
              <w:jc w:val="both"/>
              <w:rPr>
                <w:rFonts w:ascii="Times New Roman" w:hAnsi="Times New Roman" w:cs="Times New Roman"/>
                <w:sz w:val="20"/>
                <w:szCs w:val="20"/>
                <w:lang w:val="tr-TR"/>
              </w:rPr>
            </w:pPr>
            <w:r w:rsidRPr="00204ECE">
              <w:rPr>
                <w:rFonts w:ascii="Segoe UI Symbol" w:hAnsi="Segoe UI Symbol" w:cs="Segoe UI Symbol"/>
                <w:sz w:val="20"/>
                <w:szCs w:val="20"/>
                <w:lang w:val="tr-TR"/>
              </w:rPr>
              <w:t xml:space="preserve">☐ </w:t>
            </w:r>
            <w:r w:rsidRPr="00204ECE">
              <w:rPr>
                <w:rFonts w:ascii="Times New Roman" w:hAnsi="Times New Roman" w:cs="Times New Roman"/>
                <w:sz w:val="20"/>
                <w:szCs w:val="20"/>
                <w:lang w:val="tr-TR"/>
              </w:rPr>
              <w:t xml:space="preserve">Kendim SGK (4a/4b/4c)’ya bağlı olarak </w:t>
            </w:r>
            <w:r w:rsidRPr="00204ECE">
              <w:rPr>
                <w:rFonts w:ascii="Times New Roman" w:hAnsi="Times New Roman" w:cs="Times New Roman"/>
                <w:b/>
                <w:bCs/>
                <w:sz w:val="20"/>
                <w:szCs w:val="20"/>
                <w:lang w:val="tr-TR"/>
              </w:rPr>
              <w:t>çalışma</w:t>
            </w:r>
            <w:r w:rsidR="00A83918" w:rsidRPr="00204ECE">
              <w:rPr>
                <w:rFonts w:ascii="Times New Roman" w:hAnsi="Times New Roman" w:cs="Times New Roman"/>
                <w:b/>
                <w:bCs/>
                <w:sz w:val="20"/>
                <w:szCs w:val="20"/>
                <w:lang w:val="tr-TR"/>
              </w:rPr>
              <w:t>ma</w:t>
            </w:r>
            <w:r w:rsidRPr="00204ECE">
              <w:rPr>
                <w:rFonts w:ascii="Times New Roman" w:hAnsi="Times New Roman" w:cs="Times New Roman"/>
                <w:b/>
                <w:bCs/>
                <w:sz w:val="20"/>
                <w:szCs w:val="20"/>
                <w:lang w:val="tr-TR"/>
              </w:rPr>
              <w:t>ktayım.</w:t>
            </w:r>
            <w:r w:rsidRPr="00204ECE">
              <w:rPr>
                <w:rFonts w:ascii="Times New Roman" w:hAnsi="Times New Roman" w:cs="Times New Roman"/>
                <w:sz w:val="20"/>
                <w:szCs w:val="20"/>
                <w:lang w:val="tr-TR"/>
              </w:rPr>
              <w:t xml:space="preserve"> Uygulamalı eğitim boyunca SGK kapsamında olmayı </w:t>
            </w:r>
            <w:r w:rsidRPr="00204ECE">
              <w:rPr>
                <w:rFonts w:ascii="Times New Roman" w:hAnsi="Times New Roman" w:cs="Times New Roman"/>
                <w:b/>
                <w:bCs/>
                <w:sz w:val="20"/>
                <w:szCs w:val="20"/>
                <w:lang w:val="tr-TR"/>
              </w:rPr>
              <w:t>kabul ediyorum.</w:t>
            </w:r>
          </w:p>
        </w:tc>
      </w:tr>
    </w:tbl>
    <w:p w14:paraId="524E0728" w14:textId="77777777" w:rsidR="00320324" w:rsidRPr="00204ECE" w:rsidRDefault="00320324" w:rsidP="00ED39E5">
      <w:pPr>
        <w:spacing w:after="0"/>
        <w:jc w:val="center"/>
        <w:rPr>
          <w:rFonts w:ascii="Times New Roman" w:hAnsi="Times New Roman" w:cs="Times New Roman"/>
          <w:b/>
          <w:sz w:val="20"/>
          <w:szCs w:val="20"/>
        </w:rPr>
      </w:pPr>
    </w:p>
    <w:p w14:paraId="30BD93C1" w14:textId="0F812F10" w:rsidR="00320324" w:rsidRPr="00204ECE" w:rsidRDefault="00301E87" w:rsidP="00204ECE">
      <w:pPr>
        <w:jc w:val="center"/>
        <w:rPr>
          <w:rFonts w:ascii="Times New Roman" w:hAnsi="Times New Roman" w:cs="Times New Roman"/>
          <w:sz w:val="20"/>
          <w:szCs w:val="20"/>
        </w:rPr>
      </w:pPr>
      <w:r w:rsidRPr="00204ECE">
        <w:rPr>
          <w:rFonts w:ascii="Times New Roman" w:hAnsi="Times New Roman" w:cs="Times New Roman"/>
          <w:b/>
          <w:sz w:val="20"/>
          <w:szCs w:val="20"/>
        </w:rPr>
        <w:t>ÖĞRENCİ BEYAN VE TAAHHÜDÜ</w:t>
      </w:r>
    </w:p>
    <w:p w14:paraId="25343296" w14:textId="5DF3CAFC" w:rsidR="00301E87" w:rsidRPr="00204ECE" w:rsidRDefault="00320324" w:rsidP="00320324">
      <w:pPr>
        <w:jc w:val="both"/>
        <w:rPr>
          <w:rFonts w:ascii="Times New Roman" w:hAnsi="Times New Roman" w:cs="Times New Roman"/>
          <w:b/>
          <w:sz w:val="20"/>
          <w:szCs w:val="20"/>
        </w:rPr>
      </w:pPr>
      <w:r w:rsidRPr="00204ECE">
        <w:rPr>
          <w:rFonts w:ascii="Times New Roman" w:hAnsi="Times New Roman" w:cs="Times New Roman"/>
          <w:sz w:val="20"/>
          <w:szCs w:val="20"/>
          <w:lang w:val="tr-TR"/>
        </w:rPr>
        <w:t>İşletmede mesleki eğitim  uygulamamı aşağıdaki bilgiler doğrultusunda yapacağımı, işyeri uygulama eğitimim süresince işyerinin çalışma, disipli</w:t>
      </w:r>
      <w:r w:rsidR="00E701F8">
        <w:rPr>
          <w:rFonts w:ascii="Times New Roman" w:hAnsi="Times New Roman" w:cs="Times New Roman"/>
          <w:sz w:val="20"/>
          <w:szCs w:val="20"/>
          <w:lang w:val="tr-TR"/>
        </w:rPr>
        <w:t>n,</w:t>
      </w:r>
      <w:r w:rsidRPr="00204ECE">
        <w:rPr>
          <w:rFonts w:ascii="Times New Roman" w:hAnsi="Times New Roman" w:cs="Times New Roman"/>
          <w:sz w:val="20"/>
          <w:szCs w:val="20"/>
          <w:lang w:val="tr-TR"/>
        </w:rPr>
        <w:t xml:space="preserve"> iş güvenliği ile ilgili kurallarına</w:t>
      </w:r>
      <w:r w:rsidR="00F52D0A">
        <w:rPr>
          <w:rFonts w:ascii="Times New Roman" w:hAnsi="Times New Roman" w:cs="Times New Roman"/>
          <w:sz w:val="20"/>
          <w:szCs w:val="20"/>
          <w:lang w:val="tr-TR"/>
        </w:rPr>
        <w:t>,</w:t>
      </w:r>
      <w:r w:rsidRPr="00204ECE">
        <w:rPr>
          <w:rFonts w:ascii="Times New Roman" w:hAnsi="Times New Roman" w:cs="Times New Roman"/>
          <w:sz w:val="20"/>
          <w:szCs w:val="20"/>
          <w:lang w:val="tr-TR"/>
        </w:rPr>
        <w:t xml:space="preserve"> bu konudaki mevzuata</w:t>
      </w:r>
      <w:r w:rsidR="00E701F8">
        <w:rPr>
          <w:rFonts w:ascii="Times New Roman" w:hAnsi="Times New Roman" w:cs="Times New Roman"/>
          <w:sz w:val="20"/>
          <w:szCs w:val="20"/>
          <w:lang w:val="tr-TR"/>
        </w:rPr>
        <w:t>,</w:t>
      </w:r>
      <w:r w:rsidRPr="00204ECE">
        <w:rPr>
          <w:rFonts w:ascii="Times New Roman" w:hAnsi="Times New Roman" w:cs="Times New Roman"/>
          <w:sz w:val="20"/>
          <w:szCs w:val="20"/>
          <w:lang w:val="tr-TR"/>
        </w:rPr>
        <w:t xml:space="preserve"> Üniversitemin İş</w:t>
      </w:r>
      <w:r w:rsidR="00376434" w:rsidRPr="00204ECE">
        <w:rPr>
          <w:rFonts w:ascii="Times New Roman" w:hAnsi="Times New Roman" w:cs="Times New Roman"/>
          <w:sz w:val="20"/>
          <w:szCs w:val="20"/>
          <w:lang w:val="tr-TR"/>
        </w:rPr>
        <w:t>le</w:t>
      </w:r>
      <w:r w:rsidRPr="00204ECE">
        <w:rPr>
          <w:rFonts w:ascii="Times New Roman" w:hAnsi="Times New Roman" w:cs="Times New Roman"/>
          <w:sz w:val="20"/>
          <w:szCs w:val="20"/>
          <w:lang w:val="tr-TR"/>
        </w:rPr>
        <w:t>tmede Mesleki Eğitim Yönergesi</w:t>
      </w:r>
      <w:r w:rsidR="00F52D0A">
        <w:rPr>
          <w:rFonts w:ascii="Times New Roman" w:hAnsi="Times New Roman" w:cs="Times New Roman"/>
          <w:sz w:val="20"/>
          <w:szCs w:val="20"/>
          <w:lang w:val="tr-TR"/>
        </w:rPr>
        <w:t xml:space="preserve"> ve</w:t>
      </w:r>
      <w:r w:rsidRPr="00204ECE">
        <w:rPr>
          <w:rFonts w:ascii="Times New Roman" w:hAnsi="Times New Roman" w:cs="Times New Roman"/>
          <w:sz w:val="20"/>
          <w:szCs w:val="20"/>
          <w:lang w:val="tr-TR"/>
        </w:rPr>
        <w:t xml:space="preserve"> Yükseköğretimde Uygulamalı Eğitimler Çerçeve Yönetmeliği hükümlerine uyacağımı, sağlık raporu, istirahat, izin vb. almam durumunda iş yerindeki “İşyeri Sorumlusu’na ve “Sorumlu Öğretim Elemanı”na ileteceğimi, bu belge üzerinde tarafımca beyan edilen durumda değişiklik olması halinde değişikliği hemen ilgililere bildireceğimi, beyanımın hatalı veya eksik olmasından, bilgilerimin zamanında iletilmesindeki ihmalimden kaynaklanacak kayıpların tarafımca karşılanacağını taahhüt ve beyan ederim.</w:t>
      </w:r>
    </w:p>
    <w:p w14:paraId="0763ED3B" w14:textId="37669DCD" w:rsidR="00204ECE" w:rsidRDefault="00B72B75" w:rsidP="008F7A1C">
      <w:pPr>
        <w:rPr>
          <w:rFonts w:ascii="Times New Roman" w:hAnsi="Times New Roman"/>
          <w:b/>
          <w:sz w:val="20"/>
          <w:szCs w:val="20"/>
        </w:rPr>
      </w:pPr>
      <w:r w:rsidRPr="00204ECE">
        <w:rPr>
          <w:rFonts w:ascii="Times New Roman" w:hAnsi="Times New Roman" w:cs="Times New Roman"/>
          <w:b/>
          <w:sz w:val="20"/>
          <w:szCs w:val="20"/>
        </w:rPr>
        <w:t xml:space="preserve">Öğrenci Adı Soyadı:    </w:t>
      </w:r>
      <w:r w:rsidR="007C0EA5">
        <w:rPr>
          <w:rFonts w:ascii="Times New Roman" w:hAnsi="Times New Roman" w:cs="Times New Roman"/>
          <w:b/>
          <w:sz w:val="20"/>
          <w:szCs w:val="20"/>
        </w:rPr>
        <w:t xml:space="preserve">                                                                                                        </w:t>
      </w:r>
      <w:r w:rsidRPr="00204ECE">
        <w:rPr>
          <w:rFonts w:ascii="Times New Roman" w:hAnsi="Times New Roman" w:cs="Times New Roman"/>
          <w:b/>
          <w:sz w:val="20"/>
          <w:szCs w:val="20"/>
        </w:rPr>
        <w:t xml:space="preserve">Tarih: ____/____/20____    İmza: </w:t>
      </w:r>
    </w:p>
    <w:p w14:paraId="2F753FE1" w14:textId="298FA970" w:rsidR="00F30D81" w:rsidRPr="00204ECE" w:rsidRDefault="009C7C6D">
      <w:pPr>
        <w:spacing w:before="20" w:after="0"/>
        <w:rPr>
          <w:sz w:val="20"/>
          <w:szCs w:val="20"/>
        </w:rPr>
      </w:pPr>
      <w:r w:rsidRPr="00204ECE">
        <w:rPr>
          <w:rFonts w:ascii="Times New Roman" w:hAnsi="Times New Roman"/>
          <w:b/>
          <w:sz w:val="20"/>
          <w:szCs w:val="20"/>
        </w:rPr>
        <w:t>İŞLETME BİLGİLERİ</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51"/>
        <w:gridCol w:w="7835"/>
      </w:tblGrid>
      <w:tr w:rsidR="00F30D81" w:rsidRPr="00204ECE" w14:paraId="451E226E" w14:textId="77777777" w:rsidTr="00204ECE">
        <w:trPr>
          <w:jc w:val="center"/>
        </w:trPr>
        <w:tc>
          <w:tcPr>
            <w:tcW w:w="3251" w:type="dxa"/>
            <w:vAlign w:val="center"/>
          </w:tcPr>
          <w:p w14:paraId="40206751" w14:textId="77777777" w:rsidR="00F30D81" w:rsidRPr="00204ECE" w:rsidRDefault="009C7C6D">
            <w:pPr>
              <w:spacing w:after="0"/>
              <w:rPr>
                <w:sz w:val="20"/>
                <w:szCs w:val="20"/>
              </w:rPr>
            </w:pPr>
            <w:r w:rsidRPr="00204ECE">
              <w:rPr>
                <w:rFonts w:ascii="Times New Roman" w:hAnsi="Times New Roman"/>
                <w:b/>
                <w:sz w:val="20"/>
                <w:szCs w:val="20"/>
              </w:rPr>
              <w:t>İşletmenin Adı</w:t>
            </w:r>
          </w:p>
        </w:tc>
        <w:tc>
          <w:tcPr>
            <w:tcW w:w="7835" w:type="dxa"/>
            <w:vAlign w:val="center"/>
          </w:tcPr>
          <w:p w14:paraId="36285A54" w14:textId="77777777" w:rsidR="00F30D81" w:rsidRPr="00204ECE" w:rsidRDefault="00F30D81">
            <w:pPr>
              <w:spacing w:after="0"/>
              <w:rPr>
                <w:sz w:val="20"/>
                <w:szCs w:val="20"/>
              </w:rPr>
            </w:pPr>
          </w:p>
        </w:tc>
      </w:tr>
      <w:tr w:rsidR="00F30D81" w:rsidRPr="00204ECE" w14:paraId="52E84F94" w14:textId="77777777" w:rsidTr="00204ECE">
        <w:trPr>
          <w:jc w:val="center"/>
        </w:trPr>
        <w:tc>
          <w:tcPr>
            <w:tcW w:w="3251" w:type="dxa"/>
            <w:vAlign w:val="center"/>
          </w:tcPr>
          <w:p w14:paraId="301BAE9A" w14:textId="24224DDE" w:rsidR="00F30D81" w:rsidRPr="00204ECE" w:rsidRDefault="009C7C6D">
            <w:pPr>
              <w:spacing w:after="0"/>
              <w:rPr>
                <w:sz w:val="20"/>
                <w:szCs w:val="20"/>
              </w:rPr>
            </w:pPr>
            <w:r w:rsidRPr="00204ECE">
              <w:rPr>
                <w:rFonts w:ascii="Times New Roman" w:hAnsi="Times New Roman"/>
                <w:b/>
                <w:sz w:val="20"/>
                <w:szCs w:val="20"/>
              </w:rPr>
              <w:t>Adresi</w:t>
            </w:r>
          </w:p>
        </w:tc>
        <w:tc>
          <w:tcPr>
            <w:tcW w:w="7835" w:type="dxa"/>
            <w:vAlign w:val="center"/>
          </w:tcPr>
          <w:p w14:paraId="31061F37" w14:textId="77777777" w:rsidR="00F30D81" w:rsidRPr="00204ECE" w:rsidRDefault="00F30D81">
            <w:pPr>
              <w:spacing w:after="0"/>
              <w:rPr>
                <w:sz w:val="20"/>
                <w:szCs w:val="20"/>
              </w:rPr>
            </w:pPr>
          </w:p>
        </w:tc>
      </w:tr>
      <w:tr w:rsidR="00A351A6" w:rsidRPr="00204ECE" w14:paraId="3C45E808" w14:textId="77777777" w:rsidTr="00204ECE">
        <w:trPr>
          <w:jc w:val="center"/>
        </w:trPr>
        <w:tc>
          <w:tcPr>
            <w:tcW w:w="3251" w:type="dxa"/>
            <w:vAlign w:val="center"/>
          </w:tcPr>
          <w:p w14:paraId="6B8312A8" w14:textId="6C983147" w:rsidR="00A351A6" w:rsidRPr="00204ECE" w:rsidRDefault="00A351A6">
            <w:pPr>
              <w:spacing w:after="0"/>
              <w:rPr>
                <w:rFonts w:ascii="Times New Roman" w:hAnsi="Times New Roman"/>
                <w:b/>
                <w:sz w:val="20"/>
                <w:szCs w:val="20"/>
              </w:rPr>
            </w:pPr>
            <w:r w:rsidRPr="00204ECE">
              <w:rPr>
                <w:rFonts w:ascii="Times New Roman" w:hAnsi="Times New Roman"/>
                <w:b/>
                <w:sz w:val="20"/>
                <w:szCs w:val="20"/>
              </w:rPr>
              <w:t>İrtibat</w:t>
            </w:r>
            <w:r w:rsidR="00184B31">
              <w:rPr>
                <w:rFonts w:ascii="Times New Roman" w:hAnsi="Times New Roman"/>
                <w:b/>
                <w:sz w:val="20"/>
                <w:szCs w:val="20"/>
              </w:rPr>
              <w:t xml:space="preserve"> </w:t>
            </w:r>
            <w:r w:rsidRPr="00204ECE">
              <w:rPr>
                <w:rFonts w:ascii="Times New Roman" w:hAnsi="Times New Roman"/>
                <w:b/>
                <w:sz w:val="20"/>
                <w:szCs w:val="20"/>
              </w:rPr>
              <w:t>Tel.</w:t>
            </w:r>
          </w:p>
        </w:tc>
        <w:tc>
          <w:tcPr>
            <w:tcW w:w="7835" w:type="dxa"/>
            <w:vAlign w:val="center"/>
          </w:tcPr>
          <w:p w14:paraId="1E6FA627" w14:textId="77777777" w:rsidR="00A351A6" w:rsidRPr="00204ECE" w:rsidRDefault="00A351A6">
            <w:pPr>
              <w:spacing w:after="0"/>
              <w:rPr>
                <w:sz w:val="20"/>
                <w:szCs w:val="20"/>
              </w:rPr>
            </w:pPr>
          </w:p>
        </w:tc>
      </w:tr>
      <w:tr w:rsidR="00F30D81" w:rsidRPr="00204ECE" w14:paraId="400A1349" w14:textId="77777777" w:rsidTr="00204ECE">
        <w:trPr>
          <w:jc w:val="center"/>
        </w:trPr>
        <w:tc>
          <w:tcPr>
            <w:tcW w:w="3251" w:type="dxa"/>
            <w:vAlign w:val="center"/>
          </w:tcPr>
          <w:p w14:paraId="3541CF5C" w14:textId="77777777" w:rsidR="00F30D81" w:rsidRPr="00204ECE" w:rsidRDefault="009C7C6D">
            <w:pPr>
              <w:spacing w:after="0"/>
              <w:rPr>
                <w:sz w:val="20"/>
                <w:szCs w:val="20"/>
              </w:rPr>
            </w:pPr>
            <w:r w:rsidRPr="00204ECE">
              <w:rPr>
                <w:rFonts w:ascii="Times New Roman" w:hAnsi="Times New Roman"/>
                <w:b/>
                <w:sz w:val="20"/>
                <w:szCs w:val="20"/>
              </w:rPr>
              <w:t>Faaliyet Alanı (Sektör)</w:t>
            </w:r>
          </w:p>
        </w:tc>
        <w:tc>
          <w:tcPr>
            <w:tcW w:w="7835" w:type="dxa"/>
            <w:vAlign w:val="center"/>
          </w:tcPr>
          <w:p w14:paraId="38BCDA28" w14:textId="77777777" w:rsidR="00F30D81" w:rsidRPr="00204ECE" w:rsidRDefault="00F30D81">
            <w:pPr>
              <w:spacing w:after="0"/>
              <w:rPr>
                <w:sz w:val="20"/>
                <w:szCs w:val="20"/>
              </w:rPr>
            </w:pPr>
          </w:p>
        </w:tc>
      </w:tr>
      <w:tr w:rsidR="00184B31" w:rsidRPr="00204ECE" w14:paraId="59606CF8" w14:textId="77777777" w:rsidTr="005433FC">
        <w:trPr>
          <w:jc w:val="center"/>
        </w:trPr>
        <w:tc>
          <w:tcPr>
            <w:tcW w:w="3251" w:type="dxa"/>
            <w:vAlign w:val="center"/>
          </w:tcPr>
          <w:p w14:paraId="5D92C0CB" w14:textId="0D2A68BA" w:rsidR="00184B31" w:rsidRPr="00204ECE" w:rsidRDefault="00184B31">
            <w:pPr>
              <w:spacing w:after="0"/>
              <w:rPr>
                <w:sz w:val="20"/>
                <w:szCs w:val="20"/>
              </w:rPr>
            </w:pPr>
            <w:r w:rsidRPr="00204ECE">
              <w:rPr>
                <w:rFonts w:ascii="Times New Roman" w:hAnsi="Times New Roman"/>
                <w:b/>
                <w:sz w:val="20"/>
                <w:szCs w:val="20"/>
              </w:rPr>
              <w:t xml:space="preserve">İşletme </w:t>
            </w:r>
            <w:r>
              <w:rPr>
                <w:rFonts w:ascii="Times New Roman" w:hAnsi="Times New Roman"/>
                <w:b/>
                <w:sz w:val="20"/>
                <w:szCs w:val="20"/>
              </w:rPr>
              <w:t xml:space="preserve">Sorumlusu Adı/Soyadı </w:t>
            </w:r>
          </w:p>
        </w:tc>
        <w:tc>
          <w:tcPr>
            <w:tcW w:w="7835" w:type="dxa"/>
            <w:vAlign w:val="center"/>
          </w:tcPr>
          <w:p w14:paraId="6AD71C2A" w14:textId="77777777" w:rsidR="00184B31" w:rsidRPr="00204ECE" w:rsidRDefault="00184B31">
            <w:pPr>
              <w:spacing w:after="0"/>
              <w:rPr>
                <w:sz w:val="20"/>
                <w:szCs w:val="20"/>
              </w:rPr>
            </w:pPr>
          </w:p>
        </w:tc>
      </w:tr>
      <w:tr w:rsidR="00F30D81" w:rsidRPr="00204ECE" w14:paraId="5B4F6DB3" w14:textId="77777777" w:rsidTr="00204ECE">
        <w:trPr>
          <w:jc w:val="center"/>
        </w:trPr>
        <w:tc>
          <w:tcPr>
            <w:tcW w:w="11086" w:type="dxa"/>
            <w:gridSpan w:val="2"/>
            <w:vAlign w:val="center"/>
          </w:tcPr>
          <w:p w14:paraId="63414DB8" w14:textId="69F72EE9" w:rsidR="00F30D81" w:rsidRPr="00204ECE" w:rsidRDefault="009C7C6D">
            <w:pPr>
              <w:spacing w:after="0"/>
              <w:jc w:val="center"/>
              <w:rPr>
                <w:sz w:val="20"/>
                <w:szCs w:val="20"/>
              </w:rPr>
            </w:pPr>
            <w:r w:rsidRPr="00204ECE">
              <w:rPr>
                <w:rFonts w:ascii="Times New Roman" w:hAnsi="Times New Roman"/>
                <w:sz w:val="20"/>
                <w:szCs w:val="20"/>
              </w:rPr>
              <w:t>Yukarıda bilgileri yazılı öğrencinizin belirtilen süre içerisinde İşletmede Mesleki Eğitimini kurumumuzda yapması uygun görülmüştür.</w:t>
            </w:r>
            <w:r w:rsidRPr="00204ECE">
              <w:rPr>
                <w:rFonts w:ascii="Times New Roman" w:hAnsi="Times New Roman"/>
                <w:sz w:val="20"/>
                <w:szCs w:val="20"/>
              </w:rPr>
              <w:br/>
              <w:t>İşyeri Yetkilisi Adı Soyadı : ............................................................</w:t>
            </w:r>
            <w:r w:rsidRPr="00204ECE">
              <w:rPr>
                <w:rFonts w:ascii="Times New Roman" w:hAnsi="Times New Roman"/>
                <w:sz w:val="20"/>
                <w:szCs w:val="20"/>
              </w:rPr>
              <w:br/>
              <w:t>Kaşe/İmza</w:t>
            </w:r>
            <w:r w:rsidRPr="00204ECE">
              <w:rPr>
                <w:rFonts w:ascii="Times New Roman" w:hAnsi="Times New Roman"/>
                <w:sz w:val="20"/>
                <w:szCs w:val="20"/>
              </w:rPr>
              <w:br/>
              <w:t>Tarih: ....../....../......</w:t>
            </w:r>
          </w:p>
        </w:tc>
      </w:tr>
      <w:tr w:rsidR="00F30D81" w:rsidRPr="00204ECE" w14:paraId="053CD895" w14:textId="77777777" w:rsidTr="008F7A1C">
        <w:trPr>
          <w:trHeight w:val="632"/>
          <w:jc w:val="center"/>
        </w:trPr>
        <w:tc>
          <w:tcPr>
            <w:tcW w:w="11086" w:type="dxa"/>
            <w:gridSpan w:val="2"/>
            <w:vAlign w:val="center"/>
          </w:tcPr>
          <w:p w14:paraId="11304E69" w14:textId="11907D0E" w:rsidR="00F30D81" w:rsidRPr="00204ECE" w:rsidRDefault="009C7C6D">
            <w:pPr>
              <w:spacing w:after="0"/>
              <w:jc w:val="center"/>
              <w:rPr>
                <w:sz w:val="20"/>
                <w:szCs w:val="20"/>
              </w:rPr>
            </w:pPr>
            <w:r w:rsidRPr="00204ECE">
              <w:rPr>
                <w:rFonts w:ascii="Times New Roman" w:hAnsi="Times New Roman"/>
                <w:b/>
                <w:sz w:val="20"/>
                <w:szCs w:val="20"/>
              </w:rPr>
              <w:t>UYGUNDUR</w:t>
            </w:r>
            <w:r w:rsidRPr="00204ECE">
              <w:rPr>
                <w:rFonts w:ascii="Times New Roman" w:hAnsi="Times New Roman"/>
                <w:b/>
                <w:sz w:val="20"/>
                <w:szCs w:val="20"/>
              </w:rPr>
              <w:br/>
              <w:t>Tarih: ....../....../......</w:t>
            </w:r>
            <w:r w:rsidRPr="00204ECE">
              <w:rPr>
                <w:rFonts w:ascii="Times New Roman" w:hAnsi="Times New Roman"/>
                <w:b/>
                <w:sz w:val="20"/>
                <w:szCs w:val="20"/>
              </w:rPr>
              <w:br/>
            </w:r>
            <w:r w:rsidRPr="00204ECE">
              <w:rPr>
                <w:rFonts w:ascii="Times New Roman" w:hAnsi="Times New Roman"/>
                <w:b/>
                <w:sz w:val="20"/>
                <w:szCs w:val="20"/>
              </w:rPr>
              <w:br/>
              <w:t>Bölüm Başkanı</w:t>
            </w:r>
          </w:p>
        </w:tc>
      </w:tr>
    </w:tbl>
    <w:p w14:paraId="5EEC4760" w14:textId="51A9371E" w:rsidR="008F7A1C" w:rsidRPr="008F7A1C" w:rsidRDefault="008F7A1C" w:rsidP="008F7A1C">
      <w:pPr>
        <w:spacing w:after="60" w:line="240" w:lineRule="auto"/>
        <w:rPr>
          <w:rFonts w:ascii="Times New Roman" w:hAnsi="Times New Roman" w:cs="Times New Roman"/>
          <w:sz w:val="20"/>
          <w:szCs w:val="20"/>
          <w:lang w:val="tr-TR"/>
        </w:rPr>
      </w:pPr>
      <w:r w:rsidRPr="008F7A1C">
        <w:rPr>
          <w:rFonts w:ascii="Times New Roman" w:hAnsi="Times New Roman" w:cs="Times New Roman"/>
          <w:sz w:val="20"/>
          <w:szCs w:val="20"/>
          <w:lang w:val="tr-TR"/>
        </w:rPr>
        <w:t>PP.2.2.FR.001</w:t>
      </w:r>
      <w:r>
        <w:rPr>
          <w:rFonts w:ascii="Times New Roman" w:hAnsi="Times New Roman" w:cs="Times New Roman"/>
          <w:sz w:val="20"/>
          <w:szCs w:val="20"/>
          <w:lang w:val="tr-TR"/>
        </w:rPr>
        <w:t xml:space="preserve">9, </w:t>
      </w:r>
      <w:r w:rsidRPr="008F7A1C">
        <w:rPr>
          <w:rFonts w:ascii="Times New Roman" w:hAnsi="Times New Roman" w:cs="Times New Roman"/>
          <w:sz w:val="20"/>
          <w:szCs w:val="20"/>
          <w:lang w:val="tr-TR"/>
        </w:rPr>
        <w:t>R0 EYLÜL 2026</w:t>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r>
      <w:r w:rsidR="00683E36">
        <w:rPr>
          <w:rFonts w:ascii="Times New Roman" w:hAnsi="Times New Roman" w:cs="Times New Roman"/>
          <w:sz w:val="20"/>
          <w:szCs w:val="20"/>
          <w:lang w:val="tr-TR"/>
        </w:rPr>
        <w:tab/>
        <w:t>1/1</w:t>
      </w:r>
    </w:p>
    <w:p w14:paraId="1A60378E" w14:textId="45AE94EB" w:rsidR="009C7C6D" w:rsidRDefault="009C7C6D" w:rsidP="00ED39E5"/>
    <w:sectPr w:rsidR="009C7C6D" w:rsidSect="00034616">
      <w:footerReference w:type="default" r:id="rId8"/>
      <w:pgSz w:w="12240" w:h="15840"/>
      <w:pgMar w:top="454" w:right="567" w:bottom="45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2B21F" w14:textId="77777777" w:rsidR="007273F4" w:rsidRDefault="007273F4">
      <w:pPr>
        <w:spacing w:after="0" w:line="240" w:lineRule="auto"/>
      </w:pPr>
      <w:r>
        <w:separator/>
      </w:r>
    </w:p>
  </w:endnote>
  <w:endnote w:type="continuationSeparator" w:id="0">
    <w:p w14:paraId="63D0FE84" w14:textId="77777777" w:rsidR="007273F4" w:rsidRDefault="0072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E617" w14:textId="77777777" w:rsidR="00A65B25" w:rsidRDefault="00A56D29">
    <w:pPr>
      <w:pStyle w:val="AltBilgi"/>
      <w:jc w:val="center"/>
    </w:pPr>
    <w:r>
      <w:rPr>
        <w:sz w:val="13"/>
      </w:rPr>
      <w:t>Ordu Üniversitesi Sağlık Bilimleri Fakültesi Hemşirelik Bölümü | İşletmede Mesleki Eğitim Kabul Formu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1268" w14:textId="77777777" w:rsidR="007273F4" w:rsidRDefault="007273F4">
      <w:pPr>
        <w:spacing w:after="0" w:line="240" w:lineRule="auto"/>
      </w:pPr>
      <w:r>
        <w:separator/>
      </w:r>
    </w:p>
  </w:footnote>
  <w:footnote w:type="continuationSeparator" w:id="0">
    <w:p w14:paraId="38615883" w14:textId="77777777" w:rsidR="007273F4" w:rsidRDefault="00727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64026231">
    <w:abstractNumId w:val="8"/>
  </w:num>
  <w:num w:numId="2" w16cid:durableId="1506164398">
    <w:abstractNumId w:val="6"/>
  </w:num>
  <w:num w:numId="3" w16cid:durableId="1638609600">
    <w:abstractNumId w:val="5"/>
  </w:num>
  <w:num w:numId="4" w16cid:durableId="1549994897">
    <w:abstractNumId w:val="4"/>
  </w:num>
  <w:num w:numId="5" w16cid:durableId="1955938097">
    <w:abstractNumId w:val="7"/>
  </w:num>
  <w:num w:numId="6" w16cid:durableId="148593749">
    <w:abstractNumId w:val="3"/>
  </w:num>
  <w:num w:numId="7" w16cid:durableId="1734501839">
    <w:abstractNumId w:val="2"/>
  </w:num>
  <w:num w:numId="8" w16cid:durableId="1336957040">
    <w:abstractNumId w:val="1"/>
  </w:num>
  <w:num w:numId="9" w16cid:durableId="134351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122"/>
    <w:rsid w:val="0006063C"/>
    <w:rsid w:val="000634F1"/>
    <w:rsid w:val="00071999"/>
    <w:rsid w:val="000B745E"/>
    <w:rsid w:val="0015074B"/>
    <w:rsid w:val="00184B31"/>
    <w:rsid w:val="001A77CE"/>
    <w:rsid w:val="001D5E96"/>
    <w:rsid w:val="00204ECE"/>
    <w:rsid w:val="002441ED"/>
    <w:rsid w:val="00254907"/>
    <w:rsid w:val="002776DF"/>
    <w:rsid w:val="0029639D"/>
    <w:rsid w:val="002A5472"/>
    <w:rsid w:val="002B65C3"/>
    <w:rsid w:val="00301E87"/>
    <w:rsid w:val="00320324"/>
    <w:rsid w:val="00324429"/>
    <w:rsid w:val="00326F90"/>
    <w:rsid w:val="0036732D"/>
    <w:rsid w:val="00376434"/>
    <w:rsid w:val="003918F9"/>
    <w:rsid w:val="003A6467"/>
    <w:rsid w:val="003D496C"/>
    <w:rsid w:val="00526678"/>
    <w:rsid w:val="005927E9"/>
    <w:rsid w:val="005D387A"/>
    <w:rsid w:val="005E482D"/>
    <w:rsid w:val="00623A3C"/>
    <w:rsid w:val="0062720B"/>
    <w:rsid w:val="00683E36"/>
    <w:rsid w:val="006A61DE"/>
    <w:rsid w:val="006C47DC"/>
    <w:rsid w:val="006F20E1"/>
    <w:rsid w:val="007269D8"/>
    <w:rsid w:val="007273F4"/>
    <w:rsid w:val="007301D2"/>
    <w:rsid w:val="00746CF1"/>
    <w:rsid w:val="00783900"/>
    <w:rsid w:val="007C0EA5"/>
    <w:rsid w:val="00805E24"/>
    <w:rsid w:val="00831A37"/>
    <w:rsid w:val="008516A2"/>
    <w:rsid w:val="00894B21"/>
    <w:rsid w:val="008A7D38"/>
    <w:rsid w:val="008E7994"/>
    <w:rsid w:val="008F1DB2"/>
    <w:rsid w:val="008F3D0C"/>
    <w:rsid w:val="008F7A1C"/>
    <w:rsid w:val="0091677E"/>
    <w:rsid w:val="00935A33"/>
    <w:rsid w:val="0095041C"/>
    <w:rsid w:val="00990A31"/>
    <w:rsid w:val="009C7C6D"/>
    <w:rsid w:val="009E1D75"/>
    <w:rsid w:val="00A351A6"/>
    <w:rsid w:val="00A56D29"/>
    <w:rsid w:val="00A65B25"/>
    <w:rsid w:val="00A83918"/>
    <w:rsid w:val="00AA1D8D"/>
    <w:rsid w:val="00AF0245"/>
    <w:rsid w:val="00B1733F"/>
    <w:rsid w:val="00B47730"/>
    <w:rsid w:val="00B72B75"/>
    <w:rsid w:val="00B73C1D"/>
    <w:rsid w:val="00B74B12"/>
    <w:rsid w:val="00BB3734"/>
    <w:rsid w:val="00BC32F8"/>
    <w:rsid w:val="00BD770F"/>
    <w:rsid w:val="00BE7131"/>
    <w:rsid w:val="00C927D4"/>
    <w:rsid w:val="00CB0664"/>
    <w:rsid w:val="00CD2625"/>
    <w:rsid w:val="00CD7EB6"/>
    <w:rsid w:val="00D0551D"/>
    <w:rsid w:val="00D2696C"/>
    <w:rsid w:val="00D4476B"/>
    <w:rsid w:val="00D4621F"/>
    <w:rsid w:val="00D951F6"/>
    <w:rsid w:val="00DE3B1E"/>
    <w:rsid w:val="00E006AA"/>
    <w:rsid w:val="00E701F8"/>
    <w:rsid w:val="00E7738F"/>
    <w:rsid w:val="00EA32DF"/>
    <w:rsid w:val="00EA3919"/>
    <w:rsid w:val="00EA7014"/>
    <w:rsid w:val="00EB6EF5"/>
    <w:rsid w:val="00ED39E5"/>
    <w:rsid w:val="00ED499F"/>
    <w:rsid w:val="00EF13AB"/>
    <w:rsid w:val="00F27466"/>
    <w:rsid w:val="00F30D81"/>
    <w:rsid w:val="00F52D0A"/>
    <w:rsid w:val="00F82AC4"/>
    <w:rsid w:val="00FB2E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B72D9D"/>
  <w14:defaultImageDpi w14:val="300"/>
  <w15:docId w15:val="{A833F09C-9922-43C7-85F2-4A8A1376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A33"/>
    <w:pPr>
      <w:spacing w:after="24" w:line="216" w:lineRule="auto"/>
    </w:pPr>
    <w:rPr>
      <w:rFonts w:ascii="Arial" w:hAnsi="Arial"/>
      <w:sz w:val="16"/>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528</Words>
  <Characters>3015</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Hakan KURT</cp:lastModifiedBy>
  <cp:revision>5</cp:revision>
  <dcterms:created xsi:type="dcterms:W3CDTF">2026-09-22T08:12:00Z</dcterms:created>
  <dcterms:modified xsi:type="dcterms:W3CDTF">2026-09-24T07:42:00Z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720957a7-9d8c-4715-9adc-2a83c53922ad</vt:lpwstr>
  </property>
</Properties>
</file>